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Ind w:w="60" w:type="dxa"/>
        <w:tblBorders>
          <w:top w:val="single" w:sz="6" w:space="0" w:color="D5DEE7"/>
          <w:left w:val="single" w:sz="6" w:space="0" w:color="D5DEE7"/>
          <w:bottom w:val="single" w:sz="6" w:space="0" w:color="D5DEE7"/>
          <w:right w:val="single" w:sz="6" w:space="0" w:color="D5DEE7"/>
          <w:insideH w:val="single" w:sz="6" w:space="0" w:color="D5DEE7"/>
          <w:insideV w:val="single" w:sz="6" w:space="0" w:color="D5DEE7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7500"/>
      </w:tblGrid>
      <w:tr w:rsidR="00647CB8" w14:paraId="6449993D" w14:textId="77777777">
        <w:trPr>
          <w:trHeight w:val="10728"/>
        </w:trPr>
        <w:tc>
          <w:tcPr>
            <w:tcW w:w="7500" w:type="dxa"/>
            <w:shd w:val="clear" w:color="auto" w:fill="FFFFFF"/>
            <w:tcMar>
              <w:top w:w="150" w:type="dxa"/>
              <w:left w:w="190" w:type="dxa"/>
              <w:bottom w:w="130" w:type="dxa"/>
              <w:right w:w="190" w:type="dxa"/>
            </w:tcMar>
          </w:tcPr>
          <w:p w14:paraId="3AC79B5A" w14:textId="77777777" w:rsidR="00647CB8" w:rsidRPr="00675C2B" w:rsidRDefault="0086756E">
            <w:pPr>
              <w:jc w:val="center"/>
              <w:rPr>
                <w:u w:val="single"/>
              </w:rPr>
            </w:pPr>
            <w:r w:rsidRPr="00675C2B">
              <w:rPr>
                <w:b/>
                <w:color w:val="17365D"/>
                <w:sz w:val="36"/>
                <w:u w:val="single"/>
              </w:rPr>
              <w:t>MEAT BOX DEALS</w:t>
            </w:r>
          </w:p>
          <w:p w14:paraId="169FACE1" w14:textId="77777777" w:rsidR="00647CB8" w:rsidRDefault="0086756E">
            <w:pPr>
              <w:spacing w:after="40"/>
              <w:jc w:val="center"/>
            </w:pPr>
            <w:r>
              <w:rPr>
                <w:b/>
                <w:color w:val="2E7774"/>
                <w:sz w:val="20"/>
              </w:rPr>
              <w:t>Box contents and current prices</w:t>
            </w:r>
          </w:p>
          <w:p w14:paraId="06B7FDC5" w14:textId="77777777" w:rsidR="00647CB8" w:rsidRDefault="0086756E">
            <w:pPr>
              <w:spacing w:before="100" w:after="30"/>
            </w:pPr>
            <w:r>
              <w:rPr>
                <w:b/>
                <w:color w:val="2E7774"/>
                <w:sz w:val="23"/>
              </w:rPr>
              <w:t>VALUE BOX</w:t>
            </w:r>
            <w:r>
              <w:rPr>
                <w:b/>
                <w:color w:val="17365D"/>
                <w:sz w:val="23"/>
              </w:rPr>
              <w:t xml:space="preserve">   $100.00</w:t>
            </w:r>
          </w:p>
          <w:p w14:paraId="5B8F33B9" w14:textId="77777777" w:rsidR="00647CB8" w:rsidRDefault="0086756E">
            <w:pPr>
              <w:spacing w:after="80" w:line="252" w:lineRule="auto"/>
            </w:pPr>
            <w:r>
              <w:rPr>
                <w:color w:val="222222"/>
                <w:sz w:val="17"/>
              </w:rPr>
              <w:t>2 lb Sirloin Steak; 4 lb Pork Chops; 4 lb Chicken Thighs; 5 lb Regular Ground Beef</w:t>
            </w:r>
          </w:p>
          <w:p w14:paraId="1FC03326" w14:textId="77777777" w:rsidR="00647CB8" w:rsidRDefault="0086756E">
            <w:pPr>
              <w:spacing w:before="100" w:after="30"/>
            </w:pPr>
            <w:r>
              <w:rPr>
                <w:b/>
                <w:color w:val="2E7774"/>
                <w:sz w:val="23"/>
              </w:rPr>
              <w:t>STEAK BOX</w:t>
            </w:r>
            <w:r>
              <w:rPr>
                <w:b/>
                <w:color w:val="17365D"/>
                <w:sz w:val="23"/>
              </w:rPr>
              <w:t xml:space="preserve">   $210.00</w:t>
            </w:r>
          </w:p>
          <w:p w14:paraId="2B7704B5" w14:textId="77777777" w:rsidR="00647CB8" w:rsidRDefault="0086756E">
            <w:pPr>
              <w:spacing w:after="80" w:line="252" w:lineRule="auto"/>
            </w:pPr>
            <w:r>
              <w:rPr>
                <w:color w:val="222222"/>
                <w:sz w:val="17"/>
              </w:rPr>
              <w:t>2.5 lb Ribeye Steak; 2.5 lb New York Strip Steak; 2 lb Sirloin Steak; 2 lb Tenderloin Medallions</w:t>
            </w:r>
          </w:p>
          <w:p w14:paraId="0FFC6DAC" w14:textId="77777777" w:rsidR="00647CB8" w:rsidRDefault="0086756E">
            <w:pPr>
              <w:spacing w:before="100" w:after="30"/>
            </w:pPr>
            <w:r>
              <w:rPr>
                <w:b/>
                <w:color w:val="2E7774"/>
                <w:sz w:val="23"/>
              </w:rPr>
              <w:t>BEEF BOX</w:t>
            </w:r>
            <w:r>
              <w:rPr>
                <w:b/>
                <w:color w:val="17365D"/>
                <w:sz w:val="23"/>
              </w:rPr>
              <w:t xml:space="preserve">   $400.00</w:t>
            </w:r>
          </w:p>
          <w:p w14:paraId="620811C2" w14:textId="77777777" w:rsidR="00647CB8" w:rsidRDefault="0086756E">
            <w:pPr>
              <w:spacing w:after="80" w:line="252" w:lineRule="auto"/>
            </w:pPr>
            <w:r>
              <w:rPr>
                <w:color w:val="222222"/>
                <w:sz w:val="17"/>
              </w:rPr>
              <w:t>3 lb Chuck Roast; 3 lb Outside Round Roast; 4 lb New York Strip Steak; 4 lb Sirloin Steak; 2 lb Tenderloin Medallions; 15 lb Lean Ground Beef</w:t>
            </w:r>
          </w:p>
          <w:p w14:paraId="6A9E3B1B" w14:textId="77777777" w:rsidR="00647CB8" w:rsidRDefault="0086756E">
            <w:pPr>
              <w:spacing w:before="100" w:after="30"/>
            </w:pPr>
            <w:r>
              <w:rPr>
                <w:b/>
                <w:color w:val="2E7774"/>
                <w:sz w:val="23"/>
              </w:rPr>
              <w:t>PORK BOX</w:t>
            </w:r>
            <w:r>
              <w:rPr>
                <w:b/>
                <w:color w:val="17365D"/>
                <w:sz w:val="23"/>
              </w:rPr>
              <w:t xml:space="preserve">   $150.00</w:t>
            </w:r>
          </w:p>
          <w:p w14:paraId="534E6FC5" w14:textId="77777777" w:rsidR="00647CB8" w:rsidRDefault="0086756E">
            <w:pPr>
              <w:spacing w:after="80" w:line="252" w:lineRule="auto"/>
            </w:pPr>
            <w:r>
              <w:rPr>
                <w:color w:val="222222"/>
                <w:sz w:val="17"/>
              </w:rPr>
              <w:t>3 lb Hip Roast; 3 lb Butt Roast; 3 lb Ham; 4 lb Pork Chops; 4 lb Bacon; 5 lb Ground Lean Pork; 3 lb Breakfast Sausage</w:t>
            </w:r>
          </w:p>
          <w:p w14:paraId="0322C72A" w14:textId="77777777" w:rsidR="00647CB8" w:rsidRDefault="0086756E">
            <w:pPr>
              <w:shd w:val="clear" w:color="auto" w:fill="2E7774"/>
              <w:spacing w:before="140" w:after="80"/>
            </w:pPr>
            <w:r>
              <w:rPr>
                <w:b/>
                <w:color w:val="FFFFFF"/>
                <w:sz w:val="22"/>
              </w:rPr>
              <w:t>BULK LEAN HAMBURGER</w:t>
            </w:r>
          </w:p>
          <w:p w14:paraId="683F4DA1" w14:textId="77777777" w:rsidR="00647CB8" w:rsidRDefault="0086756E">
            <w:pPr>
              <w:spacing w:before="40" w:after="40"/>
            </w:pPr>
            <w:r>
              <w:rPr>
                <w:b/>
                <w:color w:val="17365D"/>
                <w:sz w:val="21"/>
              </w:rPr>
              <w:t>10-lb Box</w:t>
            </w:r>
            <w:r>
              <w:rPr>
                <w:b/>
                <w:color w:val="222222"/>
                <w:sz w:val="21"/>
              </w:rPr>
              <w:t xml:space="preserve">   $87.50</w:t>
            </w:r>
            <w:r>
              <w:rPr>
                <w:color w:val="2E7774"/>
                <w:sz w:val="17"/>
              </w:rPr>
              <w:t xml:space="preserve">   ($8.75/lb)</w:t>
            </w:r>
          </w:p>
          <w:p w14:paraId="5F91FC3F" w14:textId="77777777" w:rsidR="00647CB8" w:rsidRDefault="0086756E">
            <w:pPr>
              <w:spacing w:before="40" w:after="40"/>
            </w:pPr>
            <w:r>
              <w:rPr>
                <w:b/>
                <w:color w:val="17365D"/>
                <w:sz w:val="21"/>
              </w:rPr>
              <w:t>20-lb Box</w:t>
            </w:r>
            <w:r>
              <w:rPr>
                <w:b/>
                <w:color w:val="222222"/>
                <w:sz w:val="21"/>
              </w:rPr>
              <w:t xml:space="preserve">   $170.00</w:t>
            </w:r>
            <w:r>
              <w:rPr>
                <w:color w:val="2E7774"/>
                <w:sz w:val="17"/>
              </w:rPr>
              <w:t xml:space="preserve">   ($8.50/lb)</w:t>
            </w:r>
          </w:p>
          <w:p w14:paraId="7E86D6CC" w14:textId="77777777" w:rsidR="00647CB8" w:rsidRDefault="0086756E">
            <w:pPr>
              <w:spacing w:before="40" w:after="40"/>
            </w:pPr>
            <w:r>
              <w:rPr>
                <w:b/>
                <w:color w:val="17365D"/>
                <w:sz w:val="21"/>
              </w:rPr>
              <w:t>30-lb Box</w:t>
            </w:r>
            <w:r>
              <w:rPr>
                <w:b/>
                <w:color w:val="222222"/>
                <w:sz w:val="21"/>
              </w:rPr>
              <w:t xml:space="preserve">   $247.50</w:t>
            </w:r>
            <w:r>
              <w:rPr>
                <w:color w:val="2E7774"/>
                <w:sz w:val="17"/>
              </w:rPr>
              <w:t xml:space="preserve">   ($8.25/lb)</w:t>
            </w:r>
          </w:p>
          <w:p w14:paraId="5E430479" w14:textId="2218BBAB" w:rsidR="00675C2B" w:rsidRDefault="00675C2B">
            <w:pPr>
              <w:spacing w:before="360" w:after="100"/>
              <w:jc w:val="center"/>
              <w:rPr>
                <w:noProof/>
              </w:rPr>
            </w:pPr>
          </w:p>
          <w:p w14:paraId="0BFAE057" w14:textId="31626F45" w:rsidR="00675C2B" w:rsidRDefault="00675C2B">
            <w:pPr>
              <w:spacing w:before="360" w:after="100"/>
              <w:jc w:val="center"/>
              <w:rPr>
                <w:noProof/>
              </w:rPr>
            </w:pPr>
          </w:p>
          <w:p w14:paraId="15EB4F1E" w14:textId="29E44E23" w:rsidR="00647CB8" w:rsidRDefault="00675C2B">
            <w:pPr>
              <w:spacing w:before="360" w:after="10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8457BAC" wp14:editId="4FF65DF0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72390</wp:posOffset>
                  </wp:positionV>
                  <wp:extent cx="4092575" cy="1638300"/>
                  <wp:effectExtent l="0" t="323850" r="0" b="19050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m_logo_cleaver_trimm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21047333">
                            <a:off x="0" y="0"/>
                            <a:ext cx="409257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2FA4B5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2D5095F6" w14:textId="647AAC92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16B7676B" w14:textId="127CACE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4E2716E2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0D782242" w14:textId="3A84665C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7162E734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6A549B16" w14:textId="65D2D6B5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7113B6A1" w14:textId="31D3E83C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18D1AE58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6B5CAD66" w14:textId="6606E735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4461E24E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2B2838C5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1D7BB9FE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0D5F0BBB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66108F50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324160EF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0C5043F0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1CB43DA4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21317269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4EA71B23" w14:textId="77777777" w:rsidR="00675C2B" w:rsidRDefault="00675C2B">
            <w:pPr>
              <w:spacing w:before="60"/>
              <w:jc w:val="center"/>
              <w:rPr>
                <w:i/>
                <w:color w:val="59636E"/>
                <w:sz w:val="12"/>
              </w:rPr>
            </w:pPr>
          </w:p>
          <w:p w14:paraId="7F46E0E0" w14:textId="00FEEBC2" w:rsidR="00647CB8" w:rsidRPr="00675C2B" w:rsidRDefault="0086756E">
            <w:pPr>
              <w:spacing w:before="60"/>
              <w:jc w:val="center"/>
              <w:rPr>
                <w:sz w:val="20"/>
                <w:szCs w:val="20"/>
              </w:rPr>
            </w:pPr>
            <w:r w:rsidRPr="00675C2B">
              <w:rPr>
                <w:i/>
                <w:color w:val="59636E"/>
                <w:sz w:val="20"/>
                <w:szCs w:val="20"/>
              </w:rPr>
              <w:t>Prices, weights and contents are subject to change without notice.</w:t>
            </w:r>
          </w:p>
        </w:tc>
        <w:tc>
          <w:tcPr>
            <w:tcW w:w="7500" w:type="dxa"/>
            <w:shd w:val="clear" w:color="auto" w:fill="17365D"/>
            <w:tcMar>
              <w:top w:w="180" w:type="dxa"/>
              <w:left w:w="260" w:type="dxa"/>
              <w:bottom w:w="180" w:type="dxa"/>
              <w:right w:w="260" w:type="dxa"/>
            </w:tcMar>
            <w:vAlign w:val="center"/>
          </w:tcPr>
          <w:p w14:paraId="5D2DED4E" w14:textId="77777777" w:rsidR="00647CB8" w:rsidRDefault="0086756E" w:rsidP="00796627">
            <w:pPr>
              <w:spacing w:after="160"/>
              <w:jc w:val="center"/>
            </w:pPr>
            <w:r>
              <w:rPr>
                <w:b/>
                <w:color w:val="FFFFFF"/>
                <w:sz w:val="54"/>
              </w:rPr>
              <w:t>KILLARNEY</w:t>
            </w:r>
            <w:r>
              <w:rPr>
                <w:b/>
                <w:color w:val="FFFFFF"/>
                <w:sz w:val="54"/>
              </w:rPr>
              <w:br/>
              <w:t>MEATS</w:t>
            </w:r>
          </w:p>
          <w:p w14:paraId="45F5B3F5" w14:textId="77777777" w:rsidR="00647CB8" w:rsidRDefault="0086756E">
            <w:pPr>
              <w:spacing w:before="80" w:after="160"/>
              <w:jc w:val="center"/>
            </w:pPr>
            <w:r>
              <w:rPr>
                <w:b/>
                <w:color w:val="8ED0C9"/>
                <w:sz w:val="34"/>
              </w:rPr>
              <w:t>RETAIL PRICE GUIDE</w:t>
            </w:r>
          </w:p>
          <w:p w14:paraId="7E05AA0C" w14:textId="5CEC00BD" w:rsidR="00647CB8" w:rsidRDefault="00675C2B">
            <w:pPr>
              <w:spacing w:after="440"/>
              <w:jc w:val="center"/>
            </w:pPr>
            <w:r>
              <w:rPr>
                <w:b/>
                <w:color w:val="FFFFFF"/>
                <w:sz w:val="30"/>
              </w:rPr>
              <w:t xml:space="preserve">Fall </w:t>
            </w:r>
            <w:r w:rsidR="0086756E">
              <w:rPr>
                <w:b/>
                <w:color w:val="FFFFFF"/>
                <w:sz w:val="30"/>
              </w:rPr>
              <w:t>2026</w:t>
            </w:r>
          </w:p>
          <w:p w14:paraId="3A598BB7" w14:textId="634ACD46" w:rsidR="00647CB8" w:rsidRDefault="0086756E">
            <w:pPr>
              <w:spacing w:before="40" w:after="40"/>
              <w:jc w:val="center"/>
            </w:pPr>
            <w:r>
              <w:rPr>
                <w:b/>
                <w:color w:val="FFFFFF"/>
                <w:sz w:val="21"/>
              </w:rPr>
              <w:t xml:space="preserve">Frozen </w:t>
            </w:r>
            <w:r w:rsidR="00675C2B">
              <w:rPr>
                <w:b/>
                <w:color w:val="FFFFFF"/>
                <w:sz w:val="21"/>
              </w:rPr>
              <w:t>Favorites</w:t>
            </w:r>
          </w:p>
          <w:p w14:paraId="1851C0FA" w14:textId="46555B4F" w:rsidR="00647CB8" w:rsidRDefault="0086756E">
            <w:pPr>
              <w:spacing w:before="40" w:after="40"/>
              <w:jc w:val="center"/>
            </w:pPr>
            <w:r>
              <w:rPr>
                <w:b/>
                <w:color w:val="FFFFFF"/>
                <w:sz w:val="21"/>
              </w:rPr>
              <w:t xml:space="preserve">Fresh </w:t>
            </w:r>
            <w:r w:rsidR="00675C2B">
              <w:rPr>
                <w:b/>
                <w:color w:val="FFFFFF"/>
                <w:sz w:val="21"/>
              </w:rPr>
              <w:t>S</w:t>
            </w:r>
            <w:r>
              <w:rPr>
                <w:b/>
                <w:color w:val="FFFFFF"/>
                <w:sz w:val="21"/>
              </w:rPr>
              <w:t xml:space="preserve">teaks </w:t>
            </w:r>
            <w:r w:rsidR="00675C2B">
              <w:rPr>
                <w:b/>
                <w:color w:val="FFFFFF"/>
                <w:sz w:val="21"/>
              </w:rPr>
              <w:t>C</w:t>
            </w:r>
            <w:r>
              <w:rPr>
                <w:b/>
                <w:color w:val="FFFFFF"/>
                <w:sz w:val="21"/>
              </w:rPr>
              <w:t xml:space="preserve">ut to </w:t>
            </w:r>
            <w:r w:rsidR="00675C2B">
              <w:rPr>
                <w:b/>
                <w:color w:val="FFFFFF"/>
                <w:sz w:val="21"/>
              </w:rPr>
              <w:t>O</w:t>
            </w:r>
            <w:r>
              <w:rPr>
                <w:b/>
                <w:color w:val="FFFFFF"/>
                <w:sz w:val="21"/>
              </w:rPr>
              <w:t>rder</w:t>
            </w:r>
          </w:p>
          <w:p w14:paraId="1364F3F7" w14:textId="31751FFD" w:rsidR="00647CB8" w:rsidRDefault="0086756E">
            <w:pPr>
              <w:spacing w:before="40" w:after="40"/>
              <w:jc w:val="center"/>
            </w:pPr>
            <w:r>
              <w:rPr>
                <w:b/>
                <w:color w:val="FFFFFF"/>
                <w:sz w:val="21"/>
              </w:rPr>
              <w:t xml:space="preserve">KM </w:t>
            </w:r>
            <w:r w:rsidR="00675C2B">
              <w:rPr>
                <w:b/>
                <w:color w:val="FFFFFF"/>
                <w:sz w:val="21"/>
              </w:rPr>
              <w:t>S</w:t>
            </w:r>
            <w:r>
              <w:rPr>
                <w:b/>
                <w:color w:val="FFFFFF"/>
                <w:sz w:val="21"/>
              </w:rPr>
              <w:t xml:space="preserve">ignature </w:t>
            </w:r>
            <w:r w:rsidR="00675C2B">
              <w:rPr>
                <w:b/>
                <w:color w:val="FFFFFF"/>
                <w:sz w:val="21"/>
              </w:rPr>
              <w:t>P</w:t>
            </w:r>
            <w:r>
              <w:rPr>
                <w:b/>
                <w:color w:val="FFFFFF"/>
                <w:sz w:val="21"/>
              </w:rPr>
              <w:t>roducts</w:t>
            </w:r>
          </w:p>
          <w:p w14:paraId="22F0069A" w14:textId="40B7E0D7" w:rsidR="00647CB8" w:rsidRDefault="0086756E">
            <w:pPr>
              <w:spacing w:before="40" w:after="40"/>
              <w:jc w:val="center"/>
            </w:pPr>
            <w:r>
              <w:rPr>
                <w:b/>
                <w:color w:val="FFFFFF"/>
                <w:sz w:val="21"/>
              </w:rPr>
              <w:t xml:space="preserve">Meat </w:t>
            </w:r>
            <w:r w:rsidR="00675C2B">
              <w:rPr>
                <w:b/>
                <w:color w:val="FFFFFF"/>
                <w:sz w:val="21"/>
              </w:rPr>
              <w:t>B</w:t>
            </w:r>
            <w:r>
              <w:rPr>
                <w:b/>
                <w:color w:val="FFFFFF"/>
                <w:sz w:val="21"/>
              </w:rPr>
              <w:t xml:space="preserve">oxes and </w:t>
            </w:r>
            <w:r w:rsidR="00675C2B">
              <w:rPr>
                <w:b/>
                <w:color w:val="FFFFFF"/>
                <w:sz w:val="21"/>
              </w:rPr>
              <w:t>B</w:t>
            </w:r>
            <w:r>
              <w:rPr>
                <w:b/>
                <w:color w:val="FFFFFF"/>
                <w:sz w:val="21"/>
              </w:rPr>
              <w:t xml:space="preserve">ulk </w:t>
            </w:r>
            <w:r w:rsidR="00675C2B">
              <w:rPr>
                <w:b/>
                <w:color w:val="FFFFFF"/>
                <w:sz w:val="21"/>
              </w:rPr>
              <w:t>D</w:t>
            </w:r>
            <w:r>
              <w:rPr>
                <w:b/>
                <w:color w:val="FFFFFF"/>
                <w:sz w:val="21"/>
              </w:rPr>
              <w:t>eals</w:t>
            </w:r>
          </w:p>
          <w:p w14:paraId="6D39FA70" w14:textId="77777777" w:rsidR="00647CB8" w:rsidRDefault="0086756E">
            <w:pPr>
              <w:spacing w:before="480"/>
              <w:jc w:val="center"/>
            </w:pPr>
            <w:r>
              <w:rPr>
                <w:i/>
                <w:color w:val="CDEBE7"/>
                <w:sz w:val="17"/>
              </w:rPr>
              <w:t>Open for full retail pricing</w:t>
            </w:r>
          </w:p>
        </w:tc>
      </w:tr>
    </w:tbl>
    <w:p w14:paraId="7688B16B" w14:textId="145D203A" w:rsidR="00647CB8" w:rsidRPr="00675C2B" w:rsidRDefault="0086756E">
      <w:pPr>
        <w:pageBreakBefore/>
        <w:spacing w:after="40"/>
        <w:jc w:val="center"/>
        <w:rPr>
          <w:u w:val="single"/>
        </w:rPr>
      </w:pPr>
      <w:r w:rsidRPr="00675C2B">
        <w:rPr>
          <w:b/>
          <w:color w:val="17365D"/>
          <w:sz w:val="25"/>
          <w:u w:val="single"/>
        </w:rPr>
        <w:lastRenderedPageBreak/>
        <w:t xml:space="preserve">KILLARNEY </w:t>
      </w:r>
      <w:proofErr w:type="gramStart"/>
      <w:r w:rsidRPr="00675C2B">
        <w:rPr>
          <w:b/>
          <w:color w:val="17365D"/>
          <w:sz w:val="25"/>
          <w:u w:val="single"/>
        </w:rPr>
        <w:t>MEATS  •</w:t>
      </w:r>
      <w:proofErr w:type="gramEnd"/>
      <w:r w:rsidRPr="00675C2B">
        <w:rPr>
          <w:b/>
          <w:color w:val="17365D"/>
          <w:sz w:val="25"/>
          <w:u w:val="single"/>
        </w:rPr>
        <w:t xml:space="preserve">  RETAIL PRICE LIST </w:t>
      </w:r>
      <w:r w:rsidR="00675C2B" w:rsidRPr="00675C2B">
        <w:rPr>
          <w:b/>
          <w:color w:val="17365D"/>
          <w:sz w:val="25"/>
          <w:u w:val="single"/>
        </w:rPr>
        <w:t xml:space="preserve">Fall </w:t>
      </w:r>
      <w:r w:rsidRPr="00675C2B">
        <w:rPr>
          <w:b/>
          <w:color w:val="17365D"/>
          <w:sz w:val="25"/>
          <w:u w:val="single"/>
        </w:rPr>
        <w:t>2026</w:t>
      </w:r>
    </w:p>
    <w:tbl>
      <w:tblPr>
        <w:tblpPr w:leftFromText="180" w:rightFromText="180" w:vertAnchor="page" w:horzAnchor="margin" w:tblpY="1213"/>
        <w:tblW w:w="15000" w:type="dxa"/>
        <w:tblBorders>
          <w:top w:val="single" w:sz="4" w:space="0" w:color="B6C5D3"/>
          <w:left w:val="single" w:sz="4" w:space="0" w:color="B6C5D3"/>
          <w:bottom w:val="single" w:sz="4" w:space="0" w:color="B6C5D3"/>
          <w:right w:val="single" w:sz="4" w:space="0" w:color="B6C5D3"/>
          <w:insideH w:val="single" w:sz="4" w:space="0" w:color="B6C5D3"/>
          <w:insideV w:val="single" w:sz="4" w:space="0" w:color="B6C5D3"/>
        </w:tblBorders>
        <w:tblLayout w:type="fixed"/>
        <w:tblLook w:val="04A0" w:firstRow="1" w:lastRow="0" w:firstColumn="1" w:lastColumn="0" w:noHBand="0" w:noVBand="1"/>
      </w:tblPr>
      <w:tblGrid>
        <w:gridCol w:w="5200"/>
        <w:gridCol w:w="1000"/>
        <w:gridCol w:w="1000"/>
        <w:gridCol w:w="600"/>
        <w:gridCol w:w="5200"/>
        <w:gridCol w:w="1000"/>
        <w:gridCol w:w="1000"/>
      </w:tblGrid>
      <w:tr w:rsidR="00647CB8" w14:paraId="3CB1EC40" w14:textId="77777777" w:rsidTr="00675C2B">
        <w:tc>
          <w:tcPr>
            <w:tcW w:w="52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50B442A" w14:textId="77777777" w:rsidR="00647CB8" w:rsidRDefault="0086756E" w:rsidP="00675C2B">
            <w:r>
              <w:rPr>
                <w:b/>
                <w:color w:val="FFFFFF"/>
                <w:sz w:val="14"/>
              </w:rPr>
              <w:t>Product</w:t>
            </w:r>
          </w:p>
        </w:tc>
        <w:tc>
          <w:tcPr>
            <w:tcW w:w="10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C42E77C" w14:textId="77777777" w:rsidR="00647CB8" w:rsidRDefault="0086756E" w:rsidP="00675C2B">
            <w:pPr>
              <w:jc w:val="center"/>
            </w:pPr>
            <w:r>
              <w:rPr>
                <w:b/>
                <w:color w:val="FFFFFF"/>
                <w:sz w:val="14"/>
              </w:rPr>
              <w:t>$/lb</w:t>
            </w:r>
          </w:p>
        </w:tc>
        <w:tc>
          <w:tcPr>
            <w:tcW w:w="10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B74D00" w14:textId="77777777" w:rsidR="00647CB8" w:rsidRDefault="0086756E" w:rsidP="00675C2B">
            <w:pPr>
              <w:jc w:val="center"/>
            </w:pPr>
            <w:r>
              <w:rPr>
                <w:b/>
                <w:color w:val="FFFFFF"/>
                <w:sz w:val="14"/>
              </w:rPr>
              <w:t>$/kg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C162" w14:textId="77777777" w:rsidR="00647CB8" w:rsidRDefault="00647CB8" w:rsidP="00675C2B"/>
        </w:tc>
        <w:tc>
          <w:tcPr>
            <w:tcW w:w="52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3491EA" w14:textId="77777777" w:rsidR="00647CB8" w:rsidRDefault="0086756E" w:rsidP="00675C2B">
            <w:r>
              <w:rPr>
                <w:b/>
                <w:color w:val="FFFFFF"/>
                <w:sz w:val="14"/>
              </w:rPr>
              <w:t>Product</w:t>
            </w:r>
          </w:p>
        </w:tc>
        <w:tc>
          <w:tcPr>
            <w:tcW w:w="10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BCE7228" w14:textId="77777777" w:rsidR="00647CB8" w:rsidRDefault="0086756E" w:rsidP="00675C2B">
            <w:pPr>
              <w:jc w:val="center"/>
            </w:pPr>
            <w:r>
              <w:rPr>
                <w:b/>
                <w:color w:val="FFFFFF"/>
                <w:sz w:val="14"/>
              </w:rPr>
              <w:t>$/lb</w:t>
            </w:r>
          </w:p>
        </w:tc>
        <w:tc>
          <w:tcPr>
            <w:tcW w:w="1000" w:type="dxa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9FE528E" w14:textId="77777777" w:rsidR="00647CB8" w:rsidRDefault="0086756E" w:rsidP="00675C2B">
            <w:pPr>
              <w:jc w:val="center"/>
            </w:pPr>
            <w:r>
              <w:rPr>
                <w:b/>
                <w:color w:val="FFFFFF"/>
                <w:sz w:val="14"/>
              </w:rPr>
              <w:t>$/kg</w:t>
            </w:r>
          </w:p>
        </w:tc>
      </w:tr>
      <w:tr w:rsidR="00647CB8" w14:paraId="68579EBE" w14:textId="77777777" w:rsidTr="00675C2B">
        <w:tc>
          <w:tcPr>
            <w:tcW w:w="7200" w:type="dxa"/>
            <w:gridSpan w:val="3"/>
            <w:shd w:val="clear" w:color="auto" w:fill="2E7774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C124DA" w14:textId="77777777" w:rsidR="00647CB8" w:rsidRDefault="0086756E" w:rsidP="00675C2B">
            <w:r>
              <w:rPr>
                <w:b/>
                <w:color w:val="FFFFFF"/>
                <w:sz w:val="14"/>
              </w:rPr>
              <w:t>KM STAPLE ITEMS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F6B40" w14:textId="77777777" w:rsidR="00647CB8" w:rsidRDefault="00647CB8" w:rsidP="00675C2B"/>
        </w:tc>
        <w:tc>
          <w:tcPr>
            <w:tcW w:w="7200" w:type="dxa"/>
            <w:gridSpan w:val="3"/>
            <w:shd w:val="clear" w:color="auto" w:fill="2E7774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0B26EF5" w14:textId="77777777" w:rsidR="00647CB8" w:rsidRDefault="0086756E" w:rsidP="00675C2B">
            <w:r>
              <w:rPr>
                <w:b/>
                <w:color w:val="FFFFFF"/>
                <w:sz w:val="14"/>
              </w:rPr>
              <w:t>KM SIGNATURE ITEMS</w:t>
            </w:r>
          </w:p>
        </w:tc>
      </w:tr>
      <w:tr w:rsidR="00647CB8" w14:paraId="4BB72BC6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71D4E4" w14:textId="77777777" w:rsidR="00647CB8" w:rsidRDefault="0086756E" w:rsidP="00675C2B">
            <w:r>
              <w:rPr>
                <w:color w:val="222222"/>
                <w:sz w:val="13"/>
              </w:rPr>
              <w:t>Regular Ground Beef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E00D797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$7.49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5B8E8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$16.51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ABC0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A7CA20" w14:textId="77777777" w:rsidR="00647CB8" w:rsidRDefault="0086756E" w:rsidP="00675C2B">
            <w:r>
              <w:rPr>
                <w:color w:val="222222"/>
                <w:sz w:val="13"/>
              </w:rPr>
              <w:t>Hamburger Patties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702249D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$13.99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8435F97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$30.84</w:t>
            </w:r>
          </w:p>
        </w:tc>
      </w:tr>
      <w:tr w:rsidR="00647CB8" w14:paraId="38741206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1737F3" w14:textId="77777777" w:rsidR="00647CB8" w:rsidRDefault="0086756E" w:rsidP="00675C2B">
            <w:r>
              <w:rPr>
                <w:color w:val="222222"/>
                <w:sz w:val="13"/>
              </w:rPr>
              <w:t>Soup Bones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CA4A2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$6.99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8AC09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$15.41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0F5B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FBF4FE" w14:textId="77777777" w:rsidR="00647CB8" w:rsidRDefault="0086756E" w:rsidP="00675C2B">
            <w:r>
              <w:rPr>
                <w:color w:val="222222"/>
                <w:sz w:val="13"/>
              </w:rPr>
              <w:t>Ham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F29EE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C6A35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$19.82</w:t>
            </w:r>
          </w:p>
        </w:tc>
      </w:tr>
      <w:tr w:rsidR="00647CB8" w14:paraId="6506E095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7E4417A" w14:textId="77777777" w:rsidR="00647CB8" w:rsidRDefault="0086756E" w:rsidP="00675C2B">
            <w:r>
              <w:rPr>
                <w:color w:val="222222"/>
                <w:sz w:val="13"/>
              </w:rPr>
              <w:t>Stewing Beef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AB0C23B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183444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$24.23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DE95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FCD7B8" w14:textId="77777777" w:rsidR="00647CB8" w:rsidRDefault="0086756E" w:rsidP="00675C2B">
            <w:r>
              <w:rPr>
                <w:color w:val="222222"/>
                <w:sz w:val="13"/>
              </w:rPr>
              <w:t>Bacon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EC5C4D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$11.99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E9DC12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$26.43</w:t>
            </w:r>
          </w:p>
        </w:tc>
      </w:tr>
      <w:tr w:rsidR="00647CB8" w14:paraId="71A233DC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E2ACEA" w14:textId="77777777" w:rsidR="00647CB8" w:rsidRDefault="0086756E" w:rsidP="00675C2B">
            <w:r>
              <w:rPr>
                <w:color w:val="222222"/>
                <w:sz w:val="13"/>
              </w:rPr>
              <w:t>Pork Chops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A105F5B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$4.79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26F17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$10.56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252F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E4718F" w14:textId="77777777" w:rsidR="00647CB8" w:rsidRDefault="0086756E" w:rsidP="00675C2B">
            <w:r>
              <w:rPr>
                <w:color w:val="222222"/>
                <w:sz w:val="13"/>
              </w:rPr>
              <w:t>Breakfast Sausage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9E573F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$7.29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9E6554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$16.07</w:t>
            </w:r>
          </w:p>
        </w:tc>
      </w:tr>
      <w:tr w:rsidR="00647CB8" w14:paraId="13E641C8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AC71C9" w14:textId="77777777" w:rsidR="00647CB8" w:rsidRDefault="0086756E" w:rsidP="00675C2B">
            <w:r>
              <w:rPr>
                <w:color w:val="222222"/>
                <w:sz w:val="13"/>
              </w:rPr>
              <w:t>Chicken Breast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961764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$8.29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90C3C68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$18.28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3CE5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40AF23C" w14:textId="77777777" w:rsidR="00647CB8" w:rsidRDefault="0086756E" w:rsidP="00675C2B">
            <w:r>
              <w:rPr>
                <w:color w:val="222222"/>
                <w:sz w:val="13"/>
              </w:rPr>
              <w:t>Beef-and-Pork Sausage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2FBC7DB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$9.99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02EF127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$22.02</w:t>
            </w:r>
          </w:p>
        </w:tc>
      </w:tr>
      <w:tr w:rsidR="00647CB8" w14:paraId="68C22292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3765C9E" w14:textId="77777777" w:rsidR="00647CB8" w:rsidRDefault="0086756E" w:rsidP="00675C2B">
            <w:r>
              <w:rPr>
                <w:color w:val="222222"/>
                <w:sz w:val="13"/>
              </w:rPr>
              <w:t>Chicken Thighs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CBCD6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939E2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$11.00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AE10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F04D44" w14:textId="77777777" w:rsidR="00647CB8" w:rsidRDefault="0086756E" w:rsidP="00675C2B">
            <w:r>
              <w:rPr>
                <w:color w:val="222222"/>
                <w:sz w:val="13"/>
              </w:rPr>
              <w:t>Smoked Farmer Sausage Patties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CD0FF0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D544E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$19.82</w:t>
            </w:r>
          </w:p>
        </w:tc>
      </w:tr>
      <w:tr w:rsidR="00647CB8" w14:paraId="6654BB2C" w14:textId="77777777" w:rsidTr="00675C2B">
        <w:tc>
          <w:tcPr>
            <w:tcW w:w="7200" w:type="dxa"/>
            <w:gridSpan w:val="3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AB51925" w14:textId="77777777" w:rsidR="00647CB8" w:rsidRDefault="0086756E" w:rsidP="00675C2B">
            <w:r>
              <w:rPr>
                <w:b/>
                <w:color w:val="FFFFFF"/>
                <w:sz w:val="14"/>
              </w:rPr>
              <w:t>REGULAR STOCKED ITEMS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A60B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F8A260" w14:textId="77777777" w:rsidR="00647CB8" w:rsidRDefault="0086756E" w:rsidP="00675C2B">
            <w:r>
              <w:rPr>
                <w:color w:val="222222"/>
                <w:sz w:val="13"/>
              </w:rPr>
              <w:t>Bulk Breakfast Sausage — 25 pack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17A276D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$6.56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473F5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$14.46</w:t>
            </w:r>
          </w:p>
        </w:tc>
      </w:tr>
      <w:tr w:rsidR="00647CB8" w14:paraId="7EA8D943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B9D8264" w14:textId="77777777" w:rsidR="00647CB8" w:rsidRDefault="0086756E" w:rsidP="00675C2B">
            <w:r>
              <w:rPr>
                <w:color w:val="222222"/>
                <w:sz w:val="13"/>
              </w:rPr>
              <w:t>New York Strip — Frozen Steak, 3/4"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4A0166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$21.99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87A88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$48.48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5290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1E2546" w14:textId="77777777" w:rsidR="00647CB8" w:rsidRDefault="0086756E" w:rsidP="00675C2B">
            <w:r>
              <w:rPr>
                <w:color w:val="222222"/>
                <w:sz w:val="13"/>
              </w:rPr>
              <w:t>Pepperoni Sticks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88A26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$24.99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CC320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$55.09</w:t>
            </w:r>
          </w:p>
        </w:tc>
      </w:tr>
      <w:tr w:rsidR="00647CB8" w14:paraId="13991A31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EA3D68D" w14:textId="77777777" w:rsidR="00647CB8" w:rsidRDefault="0086756E" w:rsidP="00675C2B">
            <w:r>
              <w:rPr>
                <w:color w:val="222222"/>
                <w:sz w:val="13"/>
              </w:rPr>
              <w:t>Sirloin — Frozen Steak, 3/4"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E6AB8C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$14.09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3EED0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$31.06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02DF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9D6181A" w14:textId="77777777" w:rsidR="00647CB8" w:rsidRDefault="0086756E" w:rsidP="00675C2B">
            <w:r>
              <w:rPr>
                <w:color w:val="222222"/>
                <w:sz w:val="13"/>
              </w:rPr>
              <w:t>Teriyaki Muscle Jerky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5677749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$39.99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57FD3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$88.16</w:t>
            </w:r>
          </w:p>
        </w:tc>
      </w:tr>
      <w:tr w:rsidR="00647CB8" w14:paraId="450BC5AF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8E9806" w14:textId="77777777" w:rsidR="00647CB8" w:rsidRDefault="0086756E" w:rsidP="00675C2B">
            <w:r>
              <w:rPr>
                <w:color w:val="222222"/>
                <w:sz w:val="13"/>
              </w:rPr>
              <w:t>Tenderloin — Frozen Steak, 3/4"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06B104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$32.99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5CFFA9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$72.73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DE3F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D02E748" w14:textId="77777777" w:rsidR="00647CB8" w:rsidRDefault="0086756E" w:rsidP="00675C2B">
            <w:r>
              <w:rPr>
                <w:color w:val="222222"/>
                <w:sz w:val="13"/>
              </w:rPr>
              <w:t>Honey Garlic Jerky Sticks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6FB18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$23.99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FAC2B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$52.89</w:t>
            </w:r>
          </w:p>
        </w:tc>
      </w:tr>
      <w:tr w:rsidR="00647CB8" w14:paraId="12004643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ABAC0E" w14:textId="77777777" w:rsidR="00647CB8" w:rsidRDefault="0086756E" w:rsidP="00675C2B">
            <w:r>
              <w:rPr>
                <w:color w:val="222222"/>
                <w:sz w:val="13"/>
              </w:rPr>
              <w:t>Ribeye — Frozen Steak, 3/4"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7F47AFD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$25.99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91F16F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$57.30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365A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0F1FEE0" w14:textId="77777777" w:rsidR="00647CB8" w:rsidRDefault="0086756E" w:rsidP="00675C2B">
            <w:r>
              <w:rPr>
                <w:color w:val="222222"/>
                <w:sz w:val="13"/>
              </w:rPr>
              <w:t>Original Muscle Jerky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CBAB98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$39.99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82C659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$88.16</w:t>
            </w:r>
          </w:p>
        </w:tc>
      </w:tr>
      <w:tr w:rsidR="00647CB8" w14:paraId="2B2275C8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F942A9E" w14:textId="77777777" w:rsidR="00647CB8" w:rsidRDefault="0086756E" w:rsidP="00675C2B">
            <w:r>
              <w:rPr>
                <w:color w:val="222222"/>
                <w:sz w:val="13"/>
              </w:rPr>
              <w:t>Chuck Roast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33C4A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$11.99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70CA2B8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$26.43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5B70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67FB56D" w14:textId="77777777" w:rsidR="00647CB8" w:rsidRDefault="0086756E" w:rsidP="00675C2B">
            <w:r>
              <w:rPr>
                <w:color w:val="222222"/>
                <w:sz w:val="13"/>
              </w:rPr>
              <w:t>Beef Jerky Sticks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C5FD2F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$34.99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2E1D2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$77.14</w:t>
            </w:r>
          </w:p>
        </w:tc>
      </w:tr>
      <w:tr w:rsidR="00647CB8" w14:paraId="57DBFE13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0D4E19" w14:textId="77777777" w:rsidR="00647CB8" w:rsidRDefault="0086756E" w:rsidP="00675C2B">
            <w:r>
              <w:rPr>
                <w:color w:val="222222"/>
                <w:sz w:val="13"/>
              </w:rPr>
              <w:t>Outside Round Roast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D7A0A1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$10.09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E3167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$22.24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868F" w14:textId="77777777" w:rsidR="00647CB8" w:rsidRDefault="00647CB8" w:rsidP="00675C2B"/>
        </w:tc>
        <w:tc>
          <w:tcPr>
            <w:tcW w:w="7200" w:type="dxa"/>
            <w:gridSpan w:val="3"/>
            <w:shd w:val="clear" w:color="auto" w:fill="B77900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F3DFC2" w14:textId="77777777" w:rsidR="00647CB8" w:rsidRDefault="0086756E" w:rsidP="00675C2B">
            <w:r>
              <w:rPr>
                <w:b/>
                <w:color w:val="FFFFFF"/>
                <w:sz w:val="14"/>
              </w:rPr>
              <w:t>ORGANS &amp; OFFAL</w:t>
            </w:r>
          </w:p>
        </w:tc>
      </w:tr>
      <w:tr w:rsidR="00647CB8" w14:paraId="02EE748B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AF0E9F" w14:textId="77777777" w:rsidR="00647CB8" w:rsidRDefault="0086756E" w:rsidP="00675C2B">
            <w:r>
              <w:rPr>
                <w:color w:val="222222"/>
                <w:sz w:val="13"/>
              </w:rPr>
              <w:t>Lean Ground Beef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FD0BCE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5ECE82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$19.82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0285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8777B90" w14:textId="77777777" w:rsidR="00647CB8" w:rsidRDefault="0086756E" w:rsidP="00675C2B">
            <w:r>
              <w:rPr>
                <w:color w:val="222222"/>
                <w:sz w:val="13"/>
              </w:rPr>
              <w:t>Scalded Tripe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ACC159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64DFE7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$17.61</w:t>
            </w:r>
          </w:p>
        </w:tc>
      </w:tr>
      <w:tr w:rsidR="00647CB8" w14:paraId="158F637E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F9A0E3" w14:textId="77777777" w:rsidR="00647CB8" w:rsidRDefault="0086756E" w:rsidP="00675C2B">
            <w:r>
              <w:rPr>
                <w:color w:val="222222"/>
                <w:sz w:val="13"/>
              </w:rPr>
              <w:t>Brisket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9DD44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8E5478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$24.23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739C0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6F5DCF" w14:textId="77777777" w:rsidR="00647CB8" w:rsidRDefault="0086756E" w:rsidP="00675C2B">
            <w:r>
              <w:rPr>
                <w:color w:val="222222"/>
                <w:sz w:val="13"/>
              </w:rPr>
              <w:t>Oxtail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6E869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$7.79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2F52F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$17.17</w:t>
            </w:r>
          </w:p>
        </w:tc>
      </w:tr>
      <w:tr w:rsidR="00647CB8" w14:paraId="69955E4A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E8995D" w14:textId="77777777" w:rsidR="00647CB8" w:rsidRDefault="0086756E" w:rsidP="00675C2B">
            <w:r>
              <w:rPr>
                <w:color w:val="222222"/>
                <w:sz w:val="13"/>
              </w:rPr>
              <w:t>Steak Ends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504E4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$15.49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D84DFD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$34.15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CC55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8FC899" w14:textId="77777777" w:rsidR="00647CB8" w:rsidRDefault="0086756E" w:rsidP="00675C2B">
            <w:r>
              <w:rPr>
                <w:color w:val="222222"/>
                <w:sz w:val="13"/>
              </w:rPr>
              <w:t>Beef Liver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0F68D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$2.09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355F4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$4.61</w:t>
            </w:r>
          </w:p>
        </w:tc>
      </w:tr>
      <w:tr w:rsidR="00647CB8" w14:paraId="5934E9BE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24F36DE" w14:textId="77777777" w:rsidR="00647CB8" w:rsidRDefault="0086756E" w:rsidP="00675C2B">
            <w:r>
              <w:rPr>
                <w:color w:val="222222"/>
                <w:sz w:val="13"/>
              </w:rPr>
              <w:t>Hip Roast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F8B16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$5.39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BA6C3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$11.88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69C33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333409" w14:textId="77777777" w:rsidR="00647CB8" w:rsidRDefault="0086756E" w:rsidP="00675C2B">
            <w:r>
              <w:rPr>
                <w:color w:val="222222"/>
                <w:sz w:val="13"/>
              </w:rPr>
              <w:t>Beef Heart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5FF92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$2.49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3E5929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$5.49</w:t>
            </w:r>
          </w:p>
        </w:tc>
      </w:tr>
      <w:tr w:rsidR="00647CB8" w14:paraId="156762AA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F7FDC8" w14:textId="77777777" w:rsidR="00647CB8" w:rsidRDefault="0086756E" w:rsidP="00675C2B">
            <w:r>
              <w:rPr>
                <w:color w:val="222222"/>
                <w:sz w:val="13"/>
              </w:rPr>
              <w:t>Butt Roast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DCFC0B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21FFC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$11.00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7AF0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A420B59" w14:textId="77777777" w:rsidR="00647CB8" w:rsidRDefault="0086756E" w:rsidP="00675C2B">
            <w:r>
              <w:rPr>
                <w:color w:val="222222"/>
                <w:sz w:val="13"/>
              </w:rPr>
              <w:t>Beef Intestine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BA3E14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$2.59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DEC82E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$5.71</w:t>
            </w:r>
          </w:p>
        </w:tc>
      </w:tr>
      <w:tr w:rsidR="00647CB8" w14:paraId="4342948A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A40DFD0" w14:textId="77777777" w:rsidR="00647CB8" w:rsidRDefault="0086756E" w:rsidP="00675C2B">
            <w:r>
              <w:rPr>
                <w:color w:val="222222"/>
                <w:sz w:val="13"/>
              </w:rPr>
              <w:t>Ground Lean Pork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D6F00C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$4.59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C3F32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$10.12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2C247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F40BB7" w14:textId="77777777" w:rsidR="00647CB8" w:rsidRDefault="0086756E" w:rsidP="00675C2B">
            <w:r>
              <w:rPr>
                <w:color w:val="222222"/>
                <w:sz w:val="13"/>
              </w:rPr>
              <w:t>Pork Intestine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77247D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$2.59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3BE81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$5.71</w:t>
            </w:r>
          </w:p>
        </w:tc>
      </w:tr>
      <w:tr w:rsidR="00647CB8" w14:paraId="0E8A6254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C494D18" w14:textId="77777777" w:rsidR="00647CB8" w:rsidRDefault="0086756E" w:rsidP="00675C2B">
            <w:r>
              <w:rPr>
                <w:color w:val="222222"/>
                <w:sz w:val="13"/>
              </w:rPr>
              <w:t>Pork Trim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1F7F3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$3.49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5F3CCF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$7.69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260" w14:textId="77777777" w:rsidR="00647CB8" w:rsidRDefault="00647CB8" w:rsidP="00675C2B"/>
        </w:tc>
        <w:tc>
          <w:tcPr>
            <w:tcW w:w="7200" w:type="dxa"/>
            <w:gridSpan w:val="3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0F8C69" w14:textId="77777777" w:rsidR="00647CB8" w:rsidRDefault="0086756E" w:rsidP="00675C2B">
            <w:r>
              <w:rPr>
                <w:b/>
                <w:color w:val="FFFFFF"/>
                <w:sz w:val="14"/>
              </w:rPr>
              <w:t>BOXES &amp; BULK DEALS</w:t>
            </w:r>
          </w:p>
        </w:tc>
      </w:tr>
      <w:tr w:rsidR="00647CB8" w14:paraId="240D782A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DEADD3F" w14:textId="77777777" w:rsidR="00647CB8" w:rsidRDefault="0086756E" w:rsidP="00675C2B">
            <w:r>
              <w:rPr>
                <w:color w:val="222222"/>
                <w:sz w:val="13"/>
              </w:rPr>
              <w:t>Pork Belly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36A49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$6.99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954DB2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$15.41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7ED50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907EBDB" w14:textId="77777777" w:rsidR="00647CB8" w:rsidRDefault="0086756E" w:rsidP="00675C2B">
            <w:r>
              <w:rPr>
                <w:color w:val="222222"/>
                <w:sz w:val="13"/>
              </w:rPr>
              <w:t>Value Box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FF0099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$100.00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AC1E2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783F7ECB" w14:textId="77777777" w:rsidTr="00675C2B">
        <w:tc>
          <w:tcPr>
            <w:tcW w:w="7200" w:type="dxa"/>
            <w:gridSpan w:val="3"/>
            <w:shd w:val="clear" w:color="auto" w:fill="17365D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3C7AD5D" w14:textId="77777777" w:rsidR="00647CB8" w:rsidRDefault="0086756E" w:rsidP="00675C2B">
            <w:r>
              <w:rPr>
                <w:b/>
                <w:color w:val="FFFFFF"/>
                <w:sz w:val="14"/>
              </w:rPr>
              <w:t>FRESH — CUT TO ORDER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294EA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1279D77" w14:textId="77777777" w:rsidR="00647CB8" w:rsidRDefault="0086756E" w:rsidP="00675C2B">
            <w:r>
              <w:rPr>
                <w:color w:val="222222"/>
                <w:sz w:val="13"/>
              </w:rPr>
              <w:t>Steak Box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7D0AA8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$210.00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B2A139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4C6EB243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F02F40" w14:textId="77777777" w:rsidR="00647CB8" w:rsidRDefault="0086756E" w:rsidP="00675C2B">
            <w:r>
              <w:rPr>
                <w:color w:val="222222"/>
                <w:sz w:val="13"/>
              </w:rPr>
              <w:t>New York Strip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7518DAE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$22.99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B52779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$50.68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2FF1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313E201" w14:textId="77777777" w:rsidR="00647CB8" w:rsidRDefault="0086756E" w:rsidP="00675C2B">
            <w:r>
              <w:rPr>
                <w:color w:val="222222"/>
                <w:sz w:val="13"/>
              </w:rPr>
              <w:t>Beef Box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D215B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$400.00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297965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288689CC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B99273" w14:textId="77777777" w:rsidR="00647CB8" w:rsidRDefault="0086756E" w:rsidP="00675C2B">
            <w:r>
              <w:rPr>
                <w:color w:val="222222"/>
                <w:sz w:val="13"/>
              </w:rPr>
              <w:t>Tenderloin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34250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$33.99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7CB8C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$74.94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8CE0E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95D849" w14:textId="77777777" w:rsidR="00647CB8" w:rsidRDefault="0086756E" w:rsidP="00675C2B">
            <w:r>
              <w:rPr>
                <w:color w:val="222222"/>
                <w:sz w:val="13"/>
              </w:rPr>
              <w:t>Pork Box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97434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$150.00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FC138A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70C2AF91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6129E8" w14:textId="77777777" w:rsidR="00647CB8" w:rsidRDefault="0086756E" w:rsidP="00675C2B">
            <w:r>
              <w:rPr>
                <w:color w:val="222222"/>
                <w:sz w:val="13"/>
              </w:rPr>
              <w:t>Ribeye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691781B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$26.99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5B980F2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$59.50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49549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72FF567" w14:textId="77777777" w:rsidR="00647CB8" w:rsidRDefault="0086756E" w:rsidP="00675C2B">
            <w:r>
              <w:rPr>
                <w:color w:val="222222"/>
                <w:sz w:val="13"/>
              </w:rPr>
              <w:t>10-lb Lean Hamburger Box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5E628C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$87.50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B6B174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1043FF95" w14:textId="77777777" w:rsidTr="00675C2B">
        <w:tc>
          <w:tcPr>
            <w:tcW w:w="7200" w:type="dxa"/>
            <w:gridSpan w:val="3"/>
            <w:shd w:val="clear" w:color="auto" w:fill="B77900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7D63466" w14:textId="77777777" w:rsidR="00647CB8" w:rsidRDefault="0086756E" w:rsidP="00675C2B">
            <w:r>
              <w:rPr>
                <w:b/>
                <w:color w:val="FFFFFF"/>
                <w:sz w:val="14"/>
              </w:rPr>
              <w:t>PET FOOD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2E74" w14:textId="77777777" w:rsidR="00647CB8" w:rsidRDefault="00647CB8" w:rsidP="00675C2B"/>
        </w:tc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EF40CA8" w14:textId="77777777" w:rsidR="00647CB8" w:rsidRDefault="0086756E" w:rsidP="00675C2B">
            <w:r>
              <w:rPr>
                <w:color w:val="222222"/>
                <w:sz w:val="13"/>
              </w:rPr>
              <w:t>20-lb Lean Hamburger Box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964DE3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$170.00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36FAE6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326D0B74" w14:textId="77777777" w:rsidTr="00675C2B"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B0A92F" w14:textId="77777777" w:rsidR="00647CB8" w:rsidRDefault="0086756E" w:rsidP="00675C2B">
            <w:r>
              <w:rPr>
                <w:color w:val="222222"/>
                <w:sz w:val="13"/>
              </w:rPr>
              <w:t>Marrow Bones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573070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$2.00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2EA13A7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$4.41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0B4C7" w14:textId="77777777" w:rsidR="00647CB8" w:rsidRDefault="00647CB8" w:rsidP="00675C2B"/>
        </w:tc>
        <w:tc>
          <w:tcPr>
            <w:tcW w:w="52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B23F83A" w14:textId="77777777" w:rsidR="00647CB8" w:rsidRDefault="0086756E" w:rsidP="00675C2B">
            <w:r>
              <w:rPr>
                <w:color w:val="222222"/>
                <w:sz w:val="13"/>
              </w:rPr>
              <w:t>30-lb Lean Hamburger Box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F6C348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$247.50</w:t>
            </w:r>
          </w:p>
        </w:tc>
        <w:tc>
          <w:tcPr>
            <w:tcW w:w="1000" w:type="dxa"/>
            <w:shd w:val="clear" w:color="auto" w:fill="F5F8F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AE5E8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box</w:t>
            </w:r>
          </w:p>
        </w:tc>
      </w:tr>
      <w:tr w:rsidR="00647CB8" w14:paraId="7D68A060" w14:textId="77777777" w:rsidTr="00675C2B">
        <w:tc>
          <w:tcPr>
            <w:tcW w:w="52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5D33CA" w14:textId="77777777" w:rsidR="00647CB8" w:rsidRDefault="0086756E" w:rsidP="00675C2B">
            <w:r>
              <w:rPr>
                <w:color w:val="222222"/>
                <w:sz w:val="13"/>
              </w:rPr>
              <w:t>Chunky Dog Food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E988D45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$1.25</w:t>
            </w:r>
          </w:p>
        </w:tc>
        <w:tc>
          <w:tcPr>
            <w:tcW w:w="1000" w:type="dxa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707571" w14:textId="77777777" w:rsidR="00647CB8" w:rsidRDefault="0086756E" w:rsidP="00675C2B">
            <w:pPr>
              <w:jc w:val="right"/>
            </w:pPr>
            <w:r>
              <w:rPr>
                <w:color w:val="222222"/>
                <w:sz w:val="13"/>
              </w:rPr>
              <w:t>$2.76</w:t>
            </w:r>
          </w:p>
        </w:tc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6709" w14:textId="77777777" w:rsidR="00647CB8" w:rsidRDefault="00647CB8" w:rsidP="00675C2B"/>
        </w:tc>
        <w:tc>
          <w:tcPr>
            <w:tcW w:w="5200" w:type="dxa"/>
            <w:shd w:val="clear" w:color="auto" w:fill="FFFFFF"/>
          </w:tcPr>
          <w:p w14:paraId="33BBAF31" w14:textId="77777777" w:rsidR="00647CB8" w:rsidRDefault="00647CB8" w:rsidP="00675C2B"/>
        </w:tc>
        <w:tc>
          <w:tcPr>
            <w:tcW w:w="1000" w:type="dxa"/>
            <w:shd w:val="clear" w:color="auto" w:fill="FFFFFF"/>
          </w:tcPr>
          <w:p w14:paraId="423CCC5C" w14:textId="77777777" w:rsidR="00647CB8" w:rsidRDefault="00647CB8" w:rsidP="00675C2B"/>
        </w:tc>
        <w:tc>
          <w:tcPr>
            <w:tcW w:w="1000" w:type="dxa"/>
            <w:shd w:val="clear" w:color="auto" w:fill="FFFFFF"/>
          </w:tcPr>
          <w:p w14:paraId="3178ABEE" w14:textId="77777777" w:rsidR="00647CB8" w:rsidRDefault="00647CB8" w:rsidP="00675C2B"/>
        </w:tc>
      </w:tr>
    </w:tbl>
    <w:p w14:paraId="31DD77B0" w14:textId="77777777" w:rsidR="0086756E" w:rsidRDefault="0086756E"/>
    <w:sectPr w:rsidR="0086756E" w:rsidSect="00034616">
      <w:pgSz w:w="15840" w:h="12240" w:orient="landscape"/>
      <w:pgMar w:top="360" w:right="360" w:bottom="360" w:left="360" w:header="173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BFF2" w14:textId="77777777" w:rsidR="0086756E" w:rsidRDefault="0086756E">
      <w:r>
        <w:separator/>
      </w:r>
    </w:p>
  </w:endnote>
  <w:endnote w:type="continuationSeparator" w:id="0">
    <w:p w14:paraId="26DF3268" w14:textId="77777777" w:rsidR="0086756E" w:rsidRDefault="0086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7E0D9" w14:textId="77777777" w:rsidR="0086756E" w:rsidRDefault="0086756E">
      <w:r>
        <w:separator/>
      </w:r>
    </w:p>
  </w:footnote>
  <w:footnote w:type="continuationSeparator" w:id="0">
    <w:p w14:paraId="1C2602BE" w14:textId="77777777" w:rsidR="0086756E" w:rsidRDefault="0086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945635">
    <w:abstractNumId w:val="8"/>
  </w:num>
  <w:num w:numId="2" w16cid:durableId="895704350">
    <w:abstractNumId w:val="6"/>
  </w:num>
  <w:num w:numId="3" w16cid:durableId="1981374875">
    <w:abstractNumId w:val="5"/>
  </w:num>
  <w:num w:numId="4" w16cid:durableId="1416168844">
    <w:abstractNumId w:val="4"/>
  </w:num>
  <w:num w:numId="5" w16cid:durableId="2110614516">
    <w:abstractNumId w:val="7"/>
  </w:num>
  <w:num w:numId="6" w16cid:durableId="192884760">
    <w:abstractNumId w:val="3"/>
  </w:num>
  <w:num w:numId="7" w16cid:durableId="800462385">
    <w:abstractNumId w:val="2"/>
  </w:num>
  <w:num w:numId="8" w16cid:durableId="1018461612">
    <w:abstractNumId w:val="1"/>
  </w:num>
  <w:num w:numId="9" w16cid:durableId="185742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09C8"/>
    <w:rsid w:val="00647CB8"/>
    <w:rsid w:val="00675C2B"/>
    <w:rsid w:val="00796627"/>
    <w:rsid w:val="0086756E"/>
    <w:rsid w:val="00AA1D8D"/>
    <w:rsid w:val="00B47730"/>
    <w:rsid w:val="00C964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764FF"/>
  <w14:defaultImageDpi w14:val="300"/>
  <w15:docId w15:val="{9FC1A545-60F6-414B-87FC-6AF27F42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 Jensen</cp:lastModifiedBy>
  <cp:revision>2</cp:revision>
  <cp:lastPrinted>2026-08-10T16:45:00Z</cp:lastPrinted>
  <dcterms:created xsi:type="dcterms:W3CDTF">2026-08-10T16:48:00Z</dcterms:created>
  <dcterms:modified xsi:type="dcterms:W3CDTF">2026-08-10T16:48:00Z</dcterms:modified>
  <cp:category/>
</cp:coreProperties>
</file>