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DF2E" w14:textId="77777777" w:rsidR="00445D6D" w:rsidRDefault="00000000">
      <w:pPr>
        <w:spacing w:after="0"/>
        <w:jc w:val="center"/>
      </w:pPr>
      <w:r>
        <w:rPr>
          <w:b/>
          <w:color w:val="1F4E78"/>
          <w:sz w:val="34"/>
        </w:rPr>
        <w:t>KILLARNEY MEATS</w:t>
      </w:r>
    </w:p>
    <w:p w14:paraId="30E0EE35" w14:textId="77777777" w:rsidR="00445D6D" w:rsidRDefault="00000000">
      <w:pPr>
        <w:spacing w:after="100"/>
        <w:jc w:val="center"/>
      </w:pPr>
      <w:r>
        <w:rPr>
          <w:b/>
          <w:sz w:val="20"/>
        </w:rPr>
        <w:t>SPECIAL-ORDER FORM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445D6D" w14:paraId="20EF4E19" w14:textId="77777777">
        <w:trPr>
          <w:jc w:val="center"/>
        </w:trPr>
        <w:tc>
          <w:tcPr>
            <w:tcW w:w="525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01F42E4" w14:textId="77777777" w:rsidR="00445D6D" w:rsidRDefault="00000000">
            <w:pPr>
              <w:spacing w:after="0"/>
            </w:pPr>
            <w:r>
              <w:rPr>
                <w:b/>
                <w:sz w:val="17"/>
              </w:rPr>
              <w:t>Customer name: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25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A56044A" w14:textId="77777777" w:rsidR="00445D6D" w:rsidRDefault="00000000">
            <w:pPr>
              <w:spacing w:after="0"/>
            </w:pPr>
            <w:r>
              <w:rPr>
                <w:b/>
                <w:sz w:val="17"/>
              </w:rPr>
              <w:t>Phone:</w:t>
            </w:r>
            <w:r>
              <w:rPr>
                <w:b/>
                <w:sz w:val="17"/>
              </w:rPr>
              <w:br/>
            </w:r>
          </w:p>
        </w:tc>
      </w:tr>
      <w:tr w:rsidR="00445D6D" w14:paraId="4DFF1DFA" w14:textId="77777777">
        <w:trPr>
          <w:jc w:val="center"/>
        </w:trPr>
        <w:tc>
          <w:tcPr>
            <w:tcW w:w="525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793C5F0" w14:textId="77777777" w:rsidR="00445D6D" w:rsidRDefault="00000000">
            <w:pPr>
              <w:spacing w:after="0"/>
            </w:pPr>
            <w:r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25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B1D4C26" w14:textId="77777777" w:rsidR="00445D6D" w:rsidRDefault="00000000">
            <w:pPr>
              <w:spacing w:after="0"/>
            </w:pPr>
            <w:r>
              <w:rPr>
                <w:b/>
                <w:sz w:val="17"/>
              </w:rPr>
              <w:t>Email:</w:t>
            </w:r>
            <w:r>
              <w:rPr>
                <w:b/>
                <w:sz w:val="17"/>
              </w:rPr>
              <w:br/>
            </w:r>
          </w:p>
        </w:tc>
      </w:tr>
      <w:tr w:rsidR="00445D6D" w14:paraId="72AC7FAA" w14:textId="77777777">
        <w:trPr>
          <w:jc w:val="center"/>
        </w:trPr>
        <w:tc>
          <w:tcPr>
            <w:tcW w:w="525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F2DE74C" w14:textId="77777777" w:rsidR="00445D6D" w:rsidRDefault="00000000">
            <w:pPr>
              <w:spacing w:after="0"/>
            </w:pPr>
            <w:r>
              <w:rPr>
                <w:b/>
                <w:sz w:val="17"/>
              </w:rPr>
              <w:t>Order date: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25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F0F2288" w14:textId="77777777" w:rsidR="00445D6D" w:rsidRDefault="00000000">
            <w:pPr>
              <w:spacing w:after="0"/>
            </w:pPr>
            <w:r>
              <w:rPr>
                <w:b/>
                <w:sz w:val="17"/>
              </w:rPr>
              <w:t>Needed by:</w:t>
            </w:r>
            <w:r>
              <w:rPr>
                <w:b/>
                <w:sz w:val="17"/>
              </w:rPr>
              <w:br/>
            </w:r>
          </w:p>
        </w:tc>
      </w:tr>
    </w:tbl>
    <w:p w14:paraId="5EAA88CE" w14:textId="77777777" w:rsidR="00445D6D" w:rsidRDefault="00000000">
      <w:pPr>
        <w:spacing w:before="80" w:after="80"/>
      </w:pPr>
      <w:r>
        <w:rPr>
          <w:b/>
          <w:color w:val="1F4E78"/>
          <w:sz w:val="17"/>
        </w:rPr>
        <w:t xml:space="preserve">How to order: </w:t>
      </w:r>
      <w:r>
        <w:rPr>
          <w:sz w:val="17"/>
        </w:rPr>
        <w:t>Check each item requested and enter the number of full cases. Case weights and totals may vary. KM will confirm current pricing before the order is placed.</w:t>
      </w:r>
    </w:p>
    <w:p w14:paraId="4F4F1DFA" w14:textId="77777777" w:rsidR="00445D6D" w:rsidRDefault="00000000">
      <w:pPr>
        <w:pStyle w:val="Heading1"/>
      </w:pPr>
      <w:r>
        <w:t>Beef — full-case special orders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4464"/>
        <w:gridCol w:w="2131"/>
        <w:gridCol w:w="2131"/>
        <w:gridCol w:w="2232"/>
      </w:tblGrid>
      <w:tr w:rsidR="00445D6D" w14:paraId="3C0FC3BB" w14:textId="77777777">
        <w:trPr>
          <w:tblHeader/>
          <w:jc w:val="center"/>
        </w:trPr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93DE32D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Select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64109A4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81BBFAE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Supplier case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B954DA6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Cases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9D0D888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Est. case price</w:t>
            </w:r>
          </w:p>
        </w:tc>
      </w:tr>
      <w:tr w:rsidR="00445D6D" w14:paraId="648EDB60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3D4AD1B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101CC49" w14:textId="77777777" w:rsidR="00445D6D" w:rsidRDefault="00000000">
            <w:pPr>
              <w:spacing w:after="0"/>
            </w:pPr>
            <w:r>
              <w:rPr>
                <w:sz w:val="16"/>
              </w:rPr>
              <w:t>Chuck roast / blade eye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D06E07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3 pieces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BDD135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B3AA9C0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79635609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782EDA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4E42291" w14:textId="77777777" w:rsidR="00445D6D" w:rsidRDefault="00000000">
            <w:pPr>
              <w:spacing w:after="0"/>
            </w:pPr>
            <w:r>
              <w:rPr>
                <w:sz w:val="16"/>
              </w:rPr>
              <w:t>Brisket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F0EFB07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4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CC11A0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7105A41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21A94D35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2E8A315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1C55ABB" w14:textId="77777777" w:rsidR="00445D6D" w:rsidRDefault="00000000">
            <w:pPr>
              <w:spacing w:after="0"/>
            </w:pPr>
            <w:r>
              <w:rPr>
                <w:sz w:val="16"/>
              </w:rPr>
              <w:t>Outside rounds / outside flats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B36ACBF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4 pieces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B8DFC0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10B1821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5AA14297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703ABF7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2E91389" w14:textId="77777777" w:rsidR="00445D6D" w:rsidRDefault="00000000">
            <w:pPr>
              <w:spacing w:after="0"/>
            </w:pPr>
            <w:r>
              <w:rPr>
                <w:sz w:val="16"/>
              </w:rPr>
              <w:t>Ribeye 2 × 2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29F471D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4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377DCE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863758C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32220FBF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78486AD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22F834D" w14:textId="77777777" w:rsidR="00445D6D" w:rsidRDefault="00000000">
            <w:pPr>
              <w:spacing w:after="0"/>
            </w:pPr>
            <w:r>
              <w:rPr>
                <w:sz w:val="16"/>
              </w:rPr>
              <w:t>Striploin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3CCDC8A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5 pieces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535837B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101EE5C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3A319C2C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FC2E16F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24F515D" w14:textId="77777777" w:rsidR="00445D6D" w:rsidRDefault="00000000">
            <w:pPr>
              <w:spacing w:after="0"/>
            </w:pPr>
            <w:r>
              <w:rPr>
                <w:sz w:val="16"/>
              </w:rPr>
              <w:t>Tenderloin butts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7F1482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20 kg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E6A0B8A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5495AEB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3F1DE80C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C4123A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A022F3E" w14:textId="77777777" w:rsidR="00445D6D" w:rsidRDefault="00000000">
            <w:pPr>
              <w:spacing w:after="0"/>
            </w:pPr>
            <w:r>
              <w:rPr>
                <w:sz w:val="16"/>
              </w:rPr>
              <w:t>Beef short ribs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0DB0204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25 kg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CE9188A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55F2BBD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791442BD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95BEDE5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6C26CB7" w14:textId="77777777" w:rsidR="00445D6D" w:rsidRDefault="00000000">
            <w:pPr>
              <w:spacing w:after="0"/>
            </w:pPr>
            <w:r>
              <w:rPr>
                <w:sz w:val="16"/>
              </w:rPr>
              <w:t>T-bone / shortloin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BD1928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2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1EE3987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B21C1CB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00093E7E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9513D21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CA2E730" w14:textId="77777777" w:rsidR="00445D6D" w:rsidRDefault="00445D6D">
            <w:pPr>
              <w:spacing w:after="0"/>
            </w:pP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08C1239" w14:textId="77777777" w:rsidR="00445D6D" w:rsidRDefault="00445D6D">
            <w:pPr>
              <w:spacing w:after="0"/>
              <w:jc w:val="center"/>
            </w:pP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8A4033A" w14:textId="77777777" w:rsidR="00445D6D" w:rsidRDefault="00445D6D">
            <w:pPr>
              <w:spacing w:after="0"/>
              <w:jc w:val="center"/>
            </w:pP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71C9EE9" w14:textId="77777777" w:rsidR="00445D6D" w:rsidRDefault="00445D6D">
            <w:pPr>
              <w:spacing w:after="0"/>
            </w:pPr>
          </w:p>
        </w:tc>
      </w:tr>
      <w:tr w:rsidR="00445D6D" w14:paraId="3F26FCFB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DAF262F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358E50B" w14:textId="77777777" w:rsidR="00445D6D" w:rsidRDefault="00445D6D">
            <w:pPr>
              <w:spacing w:after="0"/>
            </w:pP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457A3F3" w14:textId="77777777" w:rsidR="00445D6D" w:rsidRDefault="00445D6D">
            <w:pPr>
              <w:spacing w:after="0"/>
              <w:jc w:val="center"/>
            </w:pP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13969A8" w14:textId="77777777" w:rsidR="00445D6D" w:rsidRDefault="00445D6D">
            <w:pPr>
              <w:spacing w:after="0"/>
              <w:jc w:val="center"/>
            </w:pP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2973DB4" w14:textId="77777777" w:rsidR="00445D6D" w:rsidRDefault="00445D6D">
            <w:pPr>
              <w:spacing w:after="0"/>
            </w:pPr>
          </w:p>
        </w:tc>
      </w:tr>
    </w:tbl>
    <w:p w14:paraId="55C3F3D0" w14:textId="77777777" w:rsidR="00445D6D" w:rsidRDefault="00000000">
      <w:pPr>
        <w:pStyle w:val="Heading1"/>
      </w:pPr>
      <w:r>
        <w:t>Pork — full-case special orders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4464"/>
        <w:gridCol w:w="2131"/>
        <w:gridCol w:w="2131"/>
        <w:gridCol w:w="2232"/>
      </w:tblGrid>
      <w:tr w:rsidR="00445D6D" w14:paraId="0F15D47B" w14:textId="77777777">
        <w:trPr>
          <w:tblHeader/>
          <w:jc w:val="center"/>
        </w:trPr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96D491A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Select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09A62C8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DCC618E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Supplier case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4C768B1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Cases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1081B8D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Est. case price</w:t>
            </w:r>
          </w:p>
        </w:tc>
      </w:tr>
      <w:tr w:rsidR="00445D6D" w14:paraId="67B51947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3852782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649823D" w14:textId="77777777" w:rsidR="00445D6D" w:rsidRDefault="00000000">
            <w:pPr>
              <w:spacing w:after="0"/>
            </w:pPr>
            <w:r>
              <w:rPr>
                <w:sz w:val="16"/>
              </w:rPr>
              <w:t>Baby back ribs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D163A19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12 pieces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8BFA60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B5219D1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07420A11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997950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73D1E63" w14:textId="77777777" w:rsidR="00445D6D" w:rsidRDefault="00000000">
            <w:pPr>
              <w:spacing w:after="0"/>
            </w:pPr>
            <w:r>
              <w:rPr>
                <w:sz w:val="16"/>
              </w:rPr>
              <w:t>Pork belly — frozen, rind off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EC38492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6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DC1AF4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A6D1EC4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6085D512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B88DEE2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CDB3A21" w14:textId="77777777" w:rsidR="00445D6D" w:rsidRDefault="00000000">
            <w:pPr>
              <w:spacing w:after="0"/>
            </w:pPr>
            <w:r>
              <w:rPr>
                <w:sz w:val="16"/>
              </w:rPr>
              <w:t>Pork butts — bone-in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151B60B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6 pieces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6C1845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8FF9862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490064C0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94BFBD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3093AF3" w14:textId="77777777" w:rsidR="00445D6D" w:rsidRDefault="00000000">
            <w:pPr>
              <w:spacing w:after="0"/>
            </w:pPr>
            <w:r>
              <w:rPr>
                <w:sz w:val="16"/>
              </w:rPr>
              <w:t>Pork hips — boneless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4275FE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4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5981DA2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7B5801B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71BBB379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F25E48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BBCF385" w14:textId="77777777" w:rsidR="00445D6D" w:rsidRDefault="00000000">
            <w:pPr>
              <w:spacing w:after="0"/>
            </w:pPr>
            <w:r>
              <w:rPr>
                <w:sz w:val="16"/>
              </w:rPr>
              <w:t>Bone-in pork loin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AD7256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2 pieces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AC2FCC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568D4E3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328C1891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8E10CD6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CB64C86" w14:textId="77777777" w:rsidR="00445D6D" w:rsidRDefault="00000000">
            <w:pPr>
              <w:spacing w:after="0"/>
            </w:pPr>
            <w:r>
              <w:rPr>
                <w:sz w:val="16"/>
              </w:rPr>
              <w:t>Boneless pork loin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8A2A843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6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31E0EA6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324B6F9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65FFFB8F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3974FAA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ED80733" w14:textId="77777777" w:rsidR="00445D6D" w:rsidRDefault="00000000">
            <w:pPr>
              <w:spacing w:after="0"/>
            </w:pPr>
            <w:r>
              <w:rPr>
                <w:sz w:val="16"/>
              </w:rPr>
              <w:t>Pork side ribs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098EC3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15 kg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5AAFF2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C0A6635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5D5A458B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86283FA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66DDE4B" w14:textId="77777777" w:rsidR="00445D6D" w:rsidRDefault="00000000">
            <w:pPr>
              <w:spacing w:after="0"/>
            </w:pPr>
            <w:r>
              <w:rPr>
                <w:sz w:val="16"/>
              </w:rPr>
              <w:t>Pork tenderloin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FF5C03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6 × 2 pieces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1DC813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356A08D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01476A9C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B2ADD4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678E42F" w14:textId="77777777" w:rsidR="00445D6D" w:rsidRDefault="00445D6D">
            <w:pPr>
              <w:spacing w:after="0"/>
            </w:pP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6D6B9D0" w14:textId="77777777" w:rsidR="00445D6D" w:rsidRDefault="00445D6D">
            <w:pPr>
              <w:spacing w:after="0"/>
              <w:jc w:val="center"/>
            </w:pP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6A33921" w14:textId="77777777" w:rsidR="00445D6D" w:rsidRDefault="00445D6D">
            <w:pPr>
              <w:spacing w:after="0"/>
              <w:jc w:val="center"/>
            </w:pP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ED3754A" w14:textId="77777777" w:rsidR="00445D6D" w:rsidRDefault="00445D6D">
            <w:pPr>
              <w:spacing w:after="0"/>
            </w:pPr>
          </w:p>
        </w:tc>
      </w:tr>
      <w:tr w:rsidR="00445D6D" w14:paraId="66DDCBD3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BD1842B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FC82085" w14:textId="77777777" w:rsidR="00445D6D" w:rsidRDefault="00445D6D">
            <w:pPr>
              <w:spacing w:after="0"/>
            </w:pP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B944473" w14:textId="77777777" w:rsidR="00445D6D" w:rsidRDefault="00445D6D">
            <w:pPr>
              <w:spacing w:after="0"/>
              <w:jc w:val="center"/>
            </w:pP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212E5D3" w14:textId="77777777" w:rsidR="00445D6D" w:rsidRDefault="00445D6D">
            <w:pPr>
              <w:spacing w:after="0"/>
              <w:jc w:val="center"/>
            </w:pP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A07C358" w14:textId="77777777" w:rsidR="00445D6D" w:rsidRDefault="00445D6D">
            <w:pPr>
              <w:spacing w:after="0"/>
            </w:pPr>
          </w:p>
        </w:tc>
      </w:tr>
    </w:tbl>
    <w:p w14:paraId="65E15B15" w14:textId="77777777" w:rsidR="00445D6D" w:rsidRDefault="00000000">
      <w:pPr>
        <w:pStyle w:val="Heading1"/>
      </w:pPr>
      <w:r>
        <w:t>Chicken — full-case special orders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4464"/>
        <w:gridCol w:w="2131"/>
        <w:gridCol w:w="2131"/>
        <w:gridCol w:w="2232"/>
      </w:tblGrid>
      <w:tr w:rsidR="00445D6D" w14:paraId="37DE5CEB" w14:textId="77777777">
        <w:trPr>
          <w:tblHeader/>
          <w:jc w:val="center"/>
        </w:trPr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1701105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Select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3499EDF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A609161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Supplier case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5B5EAD7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Cases</w:t>
            </w:r>
          </w:p>
        </w:tc>
        <w:tc>
          <w:tcPr>
            <w:tcW w:w="2131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EFF0137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Est. case price</w:t>
            </w:r>
          </w:p>
        </w:tc>
      </w:tr>
      <w:tr w:rsidR="00445D6D" w14:paraId="09B59F7C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89F7737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8AD5CA3" w14:textId="77777777" w:rsidR="00445D6D" w:rsidRDefault="00000000">
            <w:pPr>
              <w:spacing w:after="0"/>
            </w:pPr>
            <w:r>
              <w:rPr>
                <w:sz w:val="16"/>
              </w:rPr>
              <w:t>Boneless skinless chicken breasts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DC7A305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18 kg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EC5CD6F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566F443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0A61147B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7B41651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2C8D2BA" w14:textId="77777777" w:rsidR="00445D6D" w:rsidRDefault="00000000">
            <w:pPr>
              <w:spacing w:after="0"/>
            </w:pPr>
            <w:r>
              <w:rPr>
                <w:sz w:val="16"/>
              </w:rPr>
              <w:t>Chicken thighs — bone-off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D49175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18 kg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811427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930A61A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44D09313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95B6EC7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3B595B1" w14:textId="77777777" w:rsidR="00445D6D" w:rsidRDefault="00000000">
            <w:pPr>
              <w:spacing w:after="0"/>
            </w:pPr>
            <w:r>
              <w:rPr>
                <w:sz w:val="16"/>
              </w:rPr>
              <w:t>Whole chicken wings</w:t>
            </w: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83C997D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18 kg</w:t>
            </w: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7D949B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5EDF4AD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0C12D643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0A70E0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3D2F3DE" w14:textId="77777777" w:rsidR="00445D6D" w:rsidRDefault="00000000">
            <w:pPr>
              <w:spacing w:after="0"/>
            </w:pPr>
            <w:r>
              <w:rPr>
                <w:sz w:val="16"/>
              </w:rPr>
              <w:t>Whole chicken</w:t>
            </w: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EE2821B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10 birds</w:t>
            </w: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2A64CC1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0DB6732" w14:textId="77777777" w:rsidR="00445D6D" w:rsidRDefault="00000000">
            <w:pPr>
              <w:spacing w:after="0"/>
            </w:pPr>
            <w:r>
              <w:rPr>
                <w:sz w:val="16"/>
              </w:rPr>
              <w:t>$________</w:t>
            </w:r>
          </w:p>
        </w:tc>
      </w:tr>
      <w:tr w:rsidR="00445D6D" w14:paraId="4372CB0A" w14:textId="77777777">
        <w:trPr>
          <w:jc w:val="center"/>
        </w:trPr>
        <w:tc>
          <w:tcPr>
            <w:tcW w:w="79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9B28DC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1F6B38F" w14:textId="77777777" w:rsidR="00445D6D" w:rsidRDefault="00445D6D">
            <w:pPr>
              <w:spacing w:after="0"/>
            </w:pPr>
          </w:p>
        </w:tc>
        <w:tc>
          <w:tcPr>
            <w:tcW w:w="198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05356BB" w14:textId="77777777" w:rsidR="00445D6D" w:rsidRDefault="00445D6D">
            <w:pPr>
              <w:spacing w:after="0"/>
              <w:jc w:val="center"/>
            </w:pPr>
          </w:p>
        </w:tc>
        <w:tc>
          <w:tcPr>
            <w:tcW w:w="1037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8331F59" w14:textId="77777777" w:rsidR="00445D6D" w:rsidRDefault="00445D6D">
            <w:pPr>
              <w:spacing w:after="0"/>
              <w:jc w:val="center"/>
            </w:pPr>
          </w:p>
        </w:tc>
        <w:tc>
          <w:tcPr>
            <w:tcW w:w="2232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C4663E3" w14:textId="77777777" w:rsidR="00445D6D" w:rsidRDefault="00445D6D">
            <w:pPr>
              <w:spacing w:after="0"/>
            </w:pPr>
          </w:p>
        </w:tc>
      </w:tr>
      <w:tr w:rsidR="00445D6D" w14:paraId="2AC467C7" w14:textId="77777777">
        <w:trPr>
          <w:jc w:val="center"/>
        </w:trPr>
        <w:tc>
          <w:tcPr>
            <w:tcW w:w="79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5E414BA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446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9FBF219" w14:textId="77777777" w:rsidR="00445D6D" w:rsidRDefault="00445D6D">
            <w:pPr>
              <w:spacing w:after="0"/>
            </w:pPr>
          </w:p>
        </w:tc>
        <w:tc>
          <w:tcPr>
            <w:tcW w:w="198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1836A59" w14:textId="77777777" w:rsidR="00445D6D" w:rsidRDefault="00445D6D">
            <w:pPr>
              <w:spacing w:after="0"/>
              <w:jc w:val="center"/>
            </w:pPr>
          </w:p>
        </w:tc>
        <w:tc>
          <w:tcPr>
            <w:tcW w:w="1037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99393D2" w14:textId="77777777" w:rsidR="00445D6D" w:rsidRDefault="00445D6D">
            <w:pPr>
              <w:spacing w:after="0"/>
              <w:jc w:val="center"/>
            </w:pPr>
          </w:p>
        </w:tc>
        <w:tc>
          <w:tcPr>
            <w:tcW w:w="2232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D9AE809" w14:textId="77777777" w:rsidR="00445D6D" w:rsidRDefault="00445D6D">
            <w:pPr>
              <w:spacing w:after="0"/>
            </w:pPr>
          </w:p>
        </w:tc>
      </w:tr>
    </w:tbl>
    <w:p w14:paraId="4BCE1436" w14:textId="77777777" w:rsidR="00445D6D" w:rsidRDefault="00000000">
      <w:pPr>
        <w:spacing w:before="80" w:after="0"/>
      </w:pPr>
      <w:r>
        <w:rPr>
          <w:b/>
          <w:sz w:val="17"/>
        </w:rPr>
        <w:t xml:space="preserve">Requested cuts or special instructions: </w:t>
      </w:r>
    </w:p>
    <w:p w14:paraId="3BEA2A11" w14:textId="77777777" w:rsidR="00445D6D" w:rsidRDefault="00000000">
      <w:pPr>
        <w:spacing w:after="0"/>
      </w:pPr>
      <w:r>
        <w:t>________________________________________________________________________________________</w:t>
      </w:r>
    </w:p>
    <w:p w14:paraId="11A31011" w14:textId="7442A78A" w:rsidR="00445D6D" w:rsidRDefault="00EE3F81" w:rsidP="00EE3F81">
      <w:pPr>
        <w:ind w:left="2160" w:firstLine="720"/>
      </w:pPr>
      <w:r>
        <w:rPr>
          <w:b/>
          <w:color w:val="1F4E78"/>
          <w:sz w:val="34"/>
        </w:rPr>
        <w:lastRenderedPageBreak/>
        <w:t xml:space="preserve">     </w:t>
      </w:r>
      <w:r w:rsidR="00000000">
        <w:rPr>
          <w:b/>
          <w:color w:val="1F4E78"/>
          <w:sz w:val="34"/>
        </w:rPr>
        <w:t>KILLARNEY MEATS</w:t>
      </w:r>
    </w:p>
    <w:p w14:paraId="37AC2621" w14:textId="77777777" w:rsidR="00445D6D" w:rsidRDefault="00000000" w:rsidP="00EE3F81">
      <w:pPr>
        <w:spacing w:after="100"/>
        <w:jc w:val="center"/>
      </w:pPr>
      <w:r>
        <w:rPr>
          <w:b/>
          <w:sz w:val="20"/>
        </w:rPr>
        <w:t>SPECIAL-ORDER FORM — PROCESSING &amp; IN-HOUSE PRODUCTS</w:t>
      </w:r>
    </w:p>
    <w:p w14:paraId="623FA48A" w14:textId="77777777" w:rsidR="00445D6D" w:rsidRDefault="00000000">
      <w:pPr>
        <w:pStyle w:val="Heading1"/>
      </w:pPr>
      <w:r>
        <w:t>Requested preparation for full-case products</w:t>
      </w:r>
    </w:p>
    <w:p w14:paraId="3E983932" w14:textId="77777777" w:rsidR="00445D6D" w:rsidRDefault="00000000">
      <w:r>
        <w:t>Processing and packaging are additional to the product price. Check all services requested.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5904"/>
        <w:gridCol w:w="3715"/>
      </w:tblGrid>
      <w:tr w:rsidR="00445D6D" w14:paraId="5A6F4DC3" w14:textId="77777777">
        <w:trPr>
          <w:tblHeader/>
          <w:jc w:val="center"/>
        </w:trPr>
        <w:tc>
          <w:tcPr>
            <w:tcW w:w="355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0D6FEB0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Select</w:t>
            </w:r>
          </w:p>
        </w:tc>
        <w:tc>
          <w:tcPr>
            <w:tcW w:w="355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2F5A9BE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Service</w:t>
            </w:r>
          </w:p>
        </w:tc>
        <w:tc>
          <w:tcPr>
            <w:tcW w:w="355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57D7E9F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Additional charge</w:t>
            </w:r>
          </w:p>
        </w:tc>
      </w:tr>
      <w:tr w:rsidR="00445D6D" w14:paraId="5E52DA33" w14:textId="77777777">
        <w:trPr>
          <w:jc w:val="center"/>
        </w:trPr>
        <w:tc>
          <w:tcPr>
            <w:tcW w:w="893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B0724ED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C20984C" w14:textId="77777777" w:rsidR="00445D6D" w:rsidRDefault="00000000">
            <w:pPr>
              <w:spacing w:after="0"/>
            </w:pPr>
            <w:r>
              <w:rPr>
                <w:sz w:val="16"/>
              </w:rPr>
              <w:t>Leave product in the original supplier case</w:t>
            </w:r>
          </w:p>
        </w:tc>
        <w:tc>
          <w:tcPr>
            <w:tcW w:w="371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97F93B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No processing charge</w:t>
            </w:r>
          </w:p>
        </w:tc>
      </w:tr>
      <w:tr w:rsidR="00445D6D" w14:paraId="6B27BAAB" w14:textId="77777777">
        <w:trPr>
          <w:jc w:val="center"/>
        </w:trPr>
        <w:tc>
          <w:tcPr>
            <w:tcW w:w="893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B89C6FF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FA3F0C3" w14:textId="77777777" w:rsidR="00445D6D" w:rsidRDefault="00000000">
            <w:pPr>
              <w:spacing w:after="0"/>
            </w:pPr>
            <w:r>
              <w:rPr>
                <w:sz w:val="16"/>
              </w:rPr>
              <w:t>Basic cutting or portioning</w:t>
            </w:r>
          </w:p>
        </w:tc>
        <w:tc>
          <w:tcPr>
            <w:tcW w:w="371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F5857A9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$0.90/lb</w:t>
            </w:r>
          </w:p>
        </w:tc>
      </w:tr>
      <w:tr w:rsidR="00445D6D" w14:paraId="216FEFBC" w14:textId="77777777">
        <w:trPr>
          <w:jc w:val="center"/>
        </w:trPr>
        <w:tc>
          <w:tcPr>
            <w:tcW w:w="893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E312EE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FE031D8" w14:textId="77777777" w:rsidR="00445D6D" w:rsidRDefault="00000000">
            <w:pPr>
              <w:spacing w:after="0"/>
            </w:pPr>
            <w:r>
              <w:rPr>
                <w:sz w:val="16"/>
              </w:rPr>
              <w:t>Grinding</w:t>
            </w:r>
          </w:p>
        </w:tc>
        <w:tc>
          <w:tcPr>
            <w:tcW w:w="371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6E53005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$0.55/lb</w:t>
            </w:r>
          </w:p>
        </w:tc>
      </w:tr>
      <w:tr w:rsidR="00445D6D" w14:paraId="544BB32E" w14:textId="77777777">
        <w:trPr>
          <w:jc w:val="center"/>
        </w:trPr>
        <w:tc>
          <w:tcPr>
            <w:tcW w:w="893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E4CB073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F1A0B9C" w14:textId="77777777" w:rsidR="00445D6D" w:rsidRDefault="00000000">
            <w:pPr>
              <w:spacing w:after="0"/>
            </w:pPr>
            <w:r>
              <w:rPr>
                <w:sz w:val="16"/>
              </w:rPr>
              <w:t>Slicing</w:t>
            </w:r>
          </w:p>
        </w:tc>
        <w:tc>
          <w:tcPr>
            <w:tcW w:w="371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53C45B9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$1.00/lb</w:t>
            </w:r>
          </w:p>
        </w:tc>
      </w:tr>
      <w:tr w:rsidR="00445D6D" w14:paraId="4382E0E8" w14:textId="77777777">
        <w:trPr>
          <w:jc w:val="center"/>
        </w:trPr>
        <w:tc>
          <w:tcPr>
            <w:tcW w:w="893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725D7E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1D8C437" w14:textId="77777777" w:rsidR="00445D6D" w:rsidRDefault="00000000">
            <w:pPr>
              <w:spacing w:after="0"/>
            </w:pPr>
            <w:r>
              <w:rPr>
                <w:sz w:val="16"/>
              </w:rPr>
              <w:t>Paper wrapping where applicable</w:t>
            </w:r>
          </w:p>
        </w:tc>
        <w:tc>
          <w:tcPr>
            <w:tcW w:w="371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3EC18DE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Included with basic processing</w:t>
            </w:r>
          </w:p>
        </w:tc>
      </w:tr>
      <w:tr w:rsidR="00445D6D" w14:paraId="39B7247E" w14:textId="77777777">
        <w:trPr>
          <w:jc w:val="center"/>
        </w:trPr>
        <w:tc>
          <w:tcPr>
            <w:tcW w:w="893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EFAF030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BDD14FD" w14:textId="77777777" w:rsidR="00445D6D" w:rsidRDefault="00000000">
            <w:pPr>
              <w:spacing w:after="0"/>
            </w:pPr>
            <w:r>
              <w:rPr>
                <w:sz w:val="16"/>
              </w:rPr>
              <w:t>Cryovac packaging</w:t>
            </w:r>
          </w:p>
        </w:tc>
        <w:tc>
          <w:tcPr>
            <w:tcW w:w="371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B7B068C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$0.50/bag</w:t>
            </w:r>
          </w:p>
        </w:tc>
      </w:tr>
      <w:tr w:rsidR="00445D6D" w14:paraId="0CA793A9" w14:textId="77777777">
        <w:trPr>
          <w:jc w:val="center"/>
        </w:trPr>
        <w:tc>
          <w:tcPr>
            <w:tcW w:w="893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1FFC486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C231EDA" w14:textId="77777777" w:rsidR="00445D6D" w:rsidRDefault="00000000">
            <w:pPr>
              <w:spacing w:after="0"/>
            </w:pPr>
            <w:r>
              <w:rPr>
                <w:sz w:val="16"/>
              </w:rPr>
              <w:t>Labels</w:t>
            </w:r>
          </w:p>
        </w:tc>
        <w:tc>
          <w:tcPr>
            <w:tcW w:w="371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A634053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Quoted separately</w:t>
            </w:r>
          </w:p>
        </w:tc>
      </w:tr>
      <w:tr w:rsidR="00445D6D" w14:paraId="436DAFBE" w14:textId="77777777">
        <w:trPr>
          <w:jc w:val="center"/>
        </w:trPr>
        <w:tc>
          <w:tcPr>
            <w:tcW w:w="893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3D87644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5904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23DC732" w14:textId="77777777" w:rsidR="00445D6D" w:rsidRDefault="00000000">
            <w:pPr>
              <w:spacing w:after="0"/>
            </w:pPr>
            <w:r>
              <w:rPr>
                <w:sz w:val="16"/>
              </w:rPr>
              <w:t>Other preparation</w:t>
            </w:r>
          </w:p>
        </w:tc>
        <w:tc>
          <w:tcPr>
            <w:tcW w:w="371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70FC7B8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Quoted separately</w:t>
            </w:r>
          </w:p>
        </w:tc>
      </w:tr>
    </w:tbl>
    <w:p w14:paraId="61FBD3F4" w14:textId="77777777" w:rsidR="00445D6D" w:rsidRDefault="00000000">
      <w:pPr>
        <w:pStyle w:val="Heading1"/>
      </w:pPr>
      <w:r>
        <w:t>Made In House — 20 lb minimum per item or flavour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32"/>
        <w:gridCol w:w="2275"/>
        <w:gridCol w:w="1332"/>
        <w:gridCol w:w="1332"/>
        <w:gridCol w:w="1332"/>
        <w:gridCol w:w="2275"/>
        <w:gridCol w:w="1332"/>
        <w:gridCol w:w="1332"/>
      </w:tblGrid>
      <w:tr w:rsidR="00445D6D" w14:paraId="17A3E3F7" w14:textId="77777777">
        <w:trPr>
          <w:tblHeader/>
          <w:jc w:val="center"/>
        </w:trPr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4FF1FDE" w14:textId="77777777" w:rsidR="00445D6D" w:rsidRDefault="00445D6D">
            <w:pPr>
              <w:spacing w:after="0"/>
              <w:jc w:val="center"/>
            </w:pP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A765487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8958075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Qty.</w:t>
            </w: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A6DD1EF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Price/lb</w:t>
            </w: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21B97F6" w14:textId="77777777" w:rsidR="00445D6D" w:rsidRDefault="00445D6D">
            <w:pPr>
              <w:spacing w:after="0"/>
              <w:jc w:val="center"/>
            </w:pP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7A1A5EB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F66CAE9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Qty.</w:t>
            </w:r>
          </w:p>
        </w:tc>
        <w:tc>
          <w:tcPr>
            <w:tcW w:w="1332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58342BC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Price/lb</w:t>
            </w:r>
          </w:p>
        </w:tc>
      </w:tr>
      <w:tr w:rsidR="00445D6D" w14:paraId="5533DB03" w14:textId="77777777">
        <w:trPr>
          <w:jc w:val="center"/>
        </w:trPr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56D4104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B63F877" w14:textId="77777777" w:rsidR="00445D6D" w:rsidRDefault="00000000">
            <w:pPr>
              <w:spacing w:after="0"/>
            </w:pPr>
            <w:r>
              <w:rPr>
                <w:sz w:val="14"/>
              </w:rPr>
              <w:t>GF hamburger patties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53FC80B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AEA2D89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$14.99/lb</w:t>
            </w:r>
          </w:p>
        </w:tc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4E18496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AA84196" w14:textId="77777777" w:rsidR="00445D6D" w:rsidRDefault="00000000">
            <w:pPr>
              <w:spacing w:after="0"/>
            </w:pPr>
            <w:r>
              <w:rPr>
                <w:sz w:val="14"/>
              </w:rPr>
              <w:t>Pepperoni chubs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3E90230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D05DE74" w14:textId="77777777" w:rsidR="00445D6D" w:rsidRDefault="00000000">
            <w:pPr>
              <w:spacing w:after="0"/>
            </w:pPr>
            <w:r>
              <w:rPr>
                <w:sz w:val="14"/>
              </w:rPr>
              <w:t>$10.49/lb</w:t>
            </w:r>
          </w:p>
        </w:tc>
      </w:tr>
      <w:tr w:rsidR="00445D6D" w14:paraId="73CF4F55" w14:textId="77777777">
        <w:trPr>
          <w:jc w:val="center"/>
        </w:trPr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165D7E2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B17D21D" w14:textId="77777777" w:rsidR="00445D6D" w:rsidRDefault="00000000">
            <w:pPr>
              <w:spacing w:after="0"/>
            </w:pPr>
            <w:r>
              <w:rPr>
                <w:sz w:val="14"/>
              </w:rPr>
              <w:t>Italian sausage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BE49AA5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C0D8C5F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$10.49/lb</w:t>
            </w:r>
          </w:p>
        </w:tc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ECF0FF2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8A3A56F" w14:textId="77777777" w:rsidR="00445D6D" w:rsidRDefault="00000000">
            <w:pPr>
              <w:spacing w:after="0"/>
            </w:pPr>
            <w:r>
              <w:rPr>
                <w:sz w:val="14"/>
              </w:rPr>
              <w:t>Garlic coil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90E6A17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908DB3B" w14:textId="77777777" w:rsidR="00445D6D" w:rsidRDefault="00000000">
            <w:pPr>
              <w:spacing w:after="0"/>
            </w:pPr>
            <w:r>
              <w:rPr>
                <w:sz w:val="14"/>
              </w:rPr>
              <w:t>$10.49/lb</w:t>
            </w:r>
          </w:p>
        </w:tc>
      </w:tr>
      <w:tr w:rsidR="00445D6D" w14:paraId="47008FB1" w14:textId="77777777">
        <w:trPr>
          <w:jc w:val="center"/>
        </w:trPr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323551B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D84D5EF" w14:textId="77777777" w:rsidR="00445D6D" w:rsidRDefault="00000000">
            <w:pPr>
              <w:spacing w:after="0"/>
            </w:pPr>
            <w:r>
              <w:rPr>
                <w:sz w:val="14"/>
              </w:rPr>
              <w:t>Honey garlic sausage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C1005AB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DB654C6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$10.49/lb</w:t>
            </w:r>
          </w:p>
        </w:tc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6DF201A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8DF35C6" w14:textId="77777777" w:rsidR="00445D6D" w:rsidRDefault="00000000">
            <w:pPr>
              <w:spacing w:after="0"/>
            </w:pPr>
            <w:r>
              <w:rPr>
                <w:sz w:val="14"/>
              </w:rPr>
              <w:t>Ham coil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61ECCD6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6A51AC3" w14:textId="77777777" w:rsidR="00445D6D" w:rsidRDefault="00000000">
            <w:pPr>
              <w:spacing w:after="0"/>
            </w:pPr>
            <w:r>
              <w:rPr>
                <w:sz w:val="14"/>
              </w:rPr>
              <w:t>$10.49/lb</w:t>
            </w:r>
          </w:p>
        </w:tc>
      </w:tr>
      <w:tr w:rsidR="00445D6D" w14:paraId="3356D786" w14:textId="77777777">
        <w:trPr>
          <w:jc w:val="center"/>
        </w:trPr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B9565DE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D71FD6C" w14:textId="77777777" w:rsidR="00445D6D" w:rsidRDefault="00000000">
            <w:pPr>
              <w:spacing w:after="0"/>
            </w:pPr>
            <w:r>
              <w:rPr>
                <w:sz w:val="14"/>
              </w:rPr>
              <w:t>All-beef sausage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913D0CF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83E4DFE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$11.99/lb</w:t>
            </w:r>
          </w:p>
        </w:tc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942FD56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9FDB3F1" w14:textId="77777777" w:rsidR="00445D6D" w:rsidRDefault="00000000">
            <w:pPr>
              <w:spacing w:after="0"/>
            </w:pPr>
            <w:r>
              <w:rPr>
                <w:sz w:val="14"/>
              </w:rPr>
              <w:t>Beef bacon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4ED0D61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526FA23" w14:textId="77777777" w:rsidR="00445D6D" w:rsidRDefault="00000000">
            <w:pPr>
              <w:spacing w:after="0"/>
            </w:pPr>
            <w:r>
              <w:rPr>
                <w:sz w:val="14"/>
              </w:rPr>
              <w:t>$12.09/lb</w:t>
            </w:r>
          </w:p>
        </w:tc>
      </w:tr>
      <w:tr w:rsidR="00445D6D" w14:paraId="69F922A0" w14:textId="77777777">
        <w:trPr>
          <w:jc w:val="center"/>
        </w:trPr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596FC1C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C527C24" w14:textId="77777777" w:rsidR="00445D6D" w:rsidRDefault="00000000">
            <w:pPr>
              <w:spacing w:after="0"/>
            </w:pPr>
            <w:r>
              <w:rPr>
                <w:sz w:val="14"/>
              </w:rPr>
              <w:t>Pork sausage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3712CDE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7D33EE7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$7.99/lb</w:t>
            </w:r>
          </w:p>
        </w:tc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E21004E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31588C1" w14:textId="77777777" w:rsidR="00445D6D" w:rsidRDefault="00000000">
            <w:pPr>
              <w:spacing w:after="0"/>
            </w:pPr>
            <w:r>
              <w:rPr>
                <w:sz w:val="14"/>
              </w:rPr>
              <w:t>Back bacon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C2C147A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21A6749" w14:textId="77777777" w:rsidR="00445D6D" w:rsidRDefault="00000000">
            <w:pPr>
              <w:spacing w:after="0"/>
            </w:pPr>
            <w:r>
              <w:rPr>
                <w:sz w:val="14"/>
              </w:rPr>
              <w:t>$11.99/lb</w:t>
            </w:r>
          </w:p>
        </w:tc>
      </w:tr>
      <w:tr w:rsidR="00445D6D" w14:paraId="3C96D98F" w14:textId="77777777">
        <w:trPr>
          <w:jc w:val="center"/>
        </w:trPr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5B23C6E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1C4F571" w14:textId="77777777" w:rsidR="00445D6D" w:rsidRDefault="00000000">
            <w:pPr>
              <w:spacing w:after="0"/>
            </w:pPr>
            <w:r>
              <w:rPr>
                <w:sz w:val="14"/>
              </w:rPr>
              <w:t>Fresh farmer sausage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C08D3B5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9AE90B5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$7.99/lb</w:t>
            </w:r>
          </w:p>
        </w:tc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8F2544E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3992B66" w14:textId="77777777" w:rsidR="00445D6D" w:rsidRDefault="00000000">
            <w:pPr>
              <w:spacing w:after="0"/>
            </w:pPr>
            <w:r>
              <w:rPr>
                <w:sz w:val="14"/>
              </w:rPr>
              <w:t>Shoulder bacon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622B396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C503890" w14:textId="77777777" w:rsidR="00445D6D" w:rsidRDefault="00000000">
            <w:pPr>
              <w:spacing w:after="0"/>
            </w:pPr>
            <w:r>
              <w:rPr>
                <w:sz w:val="14"/>
              </w:rPr>
              <w:t>$11.99/lb</w:t>
            </w:r>
          </w:p>
        </w:tc>
      </w:tr>
      <w:tr w:rsidR="00445D6D" w14:paraId="33535921" w14:textId="77777777">
        <w:trPr>
          <w:jc w:val="center"/>
        </w:trPr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2251659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3D70E2D" w14:textId="77777777" w:rsidR="00445D6D" w:rsidRDefault="00000000">
            <w:pPr>
              <w:spacing w:after="0"/>
            </w:pPr>
            <w:r>
              <w:rPr>
                <w:sz w:val="14"/>
              </w:rPr>
              <w:t>Breakfast sausage patties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C47B6E1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63FC11C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$8.54/lb</w:t>
            </w:r>
          </w:p>
        </w:tc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6E0342E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23E767E" w14:textId="77777777" w:rsidR="00445D6D" w:rsidRDefault="00000000">
            <w:pPr>
              <w:spacing w:after="0"/>
            </w:pPr>
            <w:r>
              <w:rPr>
                <w:sz w:val="14"/>
              </w:rPr>
              <w:t>Slab bacon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15498F1" w14:textId="77777777" w:rsidR="00445D6D" w:rsidRDefault="00000000">
            <w:pPr>
              <w:spacing w:after="0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57C0EDE" w14:textId="77777777" w:rsidR="00445D6D" w:rsidRDefault="00000000">
            <w:pPr>
              <w:spacing w:after="0"/>
            </w:pPr>
            <w:r>
              <w:rPr>
                <w:sz w:val="14"/>
              </w:rPr>
              <w:t>$8.99/lb</w:t>
            </w:r>
          </w:p>
        </w:tc>
      </w:tr>
      <w:tr w:rsidR="00445D6D" w14:paraId="17E1C230" w14:textId="77777777">
        <w:trPr>
          <w:jc w:val="center"/>
        </w:trPr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F8F11D8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EAC508D" w14:textId="77777777" w:rsidR="00445D6D" w:rsidRDefault="00000000">
            <w:pPr>
              <w:spacing w:after="0"/>
            </w:pPr>
            <w:r>
              <w:rPr>
                <w:sz w:val="14"/>
              </w:rPr>
              <w:t>Smokies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39B1D32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0BBD730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$10.99/lb</w:t>
            </w:r>
          </w:p>
        </w:tc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13B25FA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52CC3FB" w14:textId="77777777" w:rsidR="00445D6D" w:rsidRDefault="00445D6D">
            <w:pPr>
              <w:spacing w:after="0"/>
            </w:pP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61675E0E" w14:textId="77777777" w:rsidR="00445D6D" w:rsidRDefault="00445D6D">
            <w:pPr>
              <w:spacing w:after="0"/>
            </w:pP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590322D" w14:textId="77777777" w:rsidR="00445D6D" w:rsidRDefault="00445D6D">
            <w:pPr>
              <w:spacing w:after="0"/>
            </w:pPr>
          </w:p>
        </w:tc>
      </w:tr>
      <w:tr w:rsidR="00445D6D" w14:paraId="71E45143" w14:textId="77777777">
        <w:trPr>
          <w:jc w:val="center"/>
        </w:trPr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AE37D1C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4437490" w14:textId="77777777" w:rsidR="00445D6D" w:rsidRDefault="00000000">
            <w:pPr>
              <w:spacing w:after="0"/>
            </w:pPr>
            <w:r>
              <w:rPr>
                <w:sz w:val="14"/>
              </w:rPr>
              <w:t>Smoked farmer sausage links</w:t>
            </w: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ADB8689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2C527E2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$8.99/lb</w:t>
            </w:r>
          </w:p>
        </w:tc>
        <w:tc>
          <w:tcPr>
            <w:tcW w:w="46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097FB84" w14:textId="77777777" w:rsidR="00445D6D" w:rsidRDefault="00000000">
            <w:pPr>
              <w:spacing w:after="0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198DECF" w14:textId="77777777" w:rsidR="00445D6D" w:rsidRDefault="00445D6D">
            <w:pPr>
              <w:spacing w:after="0"/>
            </w:pPr>
          </w:p>
        </w:tc>
        <w:tc>
          <w:tcPr>
            <w:tcW w:w="936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0A85563" w14:textId="77777777" w:rsidR="00445D6D" w:rsidRDefault="00445D6D">
            <w:pPr>
              <w:spacing w:after="0"/>
            </w:pPr>
          </w:p>
        </w:tc>
        <w:tc>
          <w:tcPr>
            <w:tcW w:w="1325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4E0748E" w14:textId="77777777" w:rsidR="00445D6D" w:rsidRDefault="00445D6D">
            <w:pPr>
              <w:spacing w:after="0"/>
            </w:pPr>
          </w:p>
        </w:tc>
      </w:tr>
      <w:tr w:rsidR="00445D6D" w14:paraId="362A8FE8" w14:textId="77777777">
        <w:trPr>
          <w:jc w:val="center"/>
        </w:trPr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F0E63D6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618E32E" w14:textId="77777777" w:rsidR="00445D6D" w:rsidRDefault="00000000">
            <w:pPr>
              <w:spacing w:after="0"/>
            </w:pPr>
            <w:r>
              <w:rPr>
                <w:sz w:val="14"/>
              </w:rPr>
              <w:t>Smoked chorizo</w:t>
            </w: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3D03EC4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______ lb</w:t>
            </w: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704C3FD" w14:textId="77777777" w:rsidR="00445D6D" w:rsidRDefault="00000000">
            <w:pPr>
              <w:spacing w:after="0"/>
              <w:jc w:val="center"/>
            </w:pPr>
            <w:r>
              <w:rPr>
                <w:sz w:val="14"/>
              </w:rPr>
              <w:t>$10.99/lb</w:t>
            </w:r>
          </w:p>
        </w:tc>
        <w:tc>
          <w:tcPr>
            <w:tcW w:w="461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7CDF9221" w14:textId="77777777" w:rsidR="00445D6D" w:rsidRDefault="00445D6D">
            <w:pPr>
              <w:spacing w:after="0"/>
            </w:pPr>
          </w:p>
        </w:tc>
        <w:tc>
          <w:tcPr>
            <w:tcW w:w="227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7F5F84C" w14:textId="77777777" w:rsidR="00445D6D" w:rsidRDefault="00445D6D">
            <w:pPr>
              <w:spacing w:after="0"/>
            </w:pPr>
          </w:p>
        </w:tc>
        <w:tc>
          <w:tcPr>
            <w:tcW w:w="936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2433C46" w14:textId="77777777" w:rsidR="00445D6D" w:rsidRDefault="00445D6D">
            <w:pPr>
              <w:spacing w:after="0"/>
            </w:pPr>
          </w:p>
        </w:tc>
        <w:tc>
          <w:tcPr>
            <w:tcW w:w="1325" w:type="dxa"/>
            <w:shd w:val="clear" w:color="auto" w:fill="F5F7F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86C19E8" w14:textId="77777777" w:rsidR="00445D6D" w:rsidRDefault="00445D6D">
            <w:pPr>
              <w:spacing w:after="0"/>
            </w:pPr>
          </w:p>
        </w:tc>
      </w:tr>
    </w:tbl>
    <w:p w14:paraId="19DF7AB8" w14:textId="77777777" w:rsidR="00445D6D" w:rsidRDefault="00000000">
      <w:pPr>
        <w:pStyle w:val="Heading1"/>
      </w:pPr>
      <w:r>
        <w:t>Estimated order total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45D6D" w14:paraId="7289EDAD" w14:textId="77777777">
        <w:trPr>
          <w:tblHeader/>
          <w:jc w:val="center"/>
        </w:trPr>
        <w:tc>
          <w:tcPr>
            <w:tcW w:w="2664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2D73AA9A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Products</w:t>
            </w:r>
          </w:p>
        </w:tc>
        <w:tc>
          <w:tcPr>
            <w:tcW w:w="2664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4964B3E8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Processing</w:t>
            </w:r>
          </w:p>
        </w:tc>
        <w:tc>
          <w:tcPr>
            <w:tcW w:w="2664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7569C94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Packaging/labels</w:t>
            </w:r>
          </w:p>
        </w:tc>
        <w:tc>
          <w:tcPr>
            <w:tcW w:w="2664" w:type="dxa"/>
            <w:shd w:val="clear" w:color="auto" w:fill="1F4E78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0C1B6AE" w14:textId="77777777" w:rsidR="00445D6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Estimated total</w:t>
            </w:r>
          </w:p>
        </w:tc>
      </w:tr>
      <w:tr w:rsidR="00445D6D" w14:paraId="411DE91F" w14:textId="77777777">
        <w:trPr>
          <w:jc w:val="center"/>
        </w:trPr>
        <w:tc>
          <w:tcPr>
            <w:tcW w:w="262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306FF617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$____________</w:t>
            </w:r>
          </w:p>
        </w:tc>
        <w:tc>
          <w:tcPr>
            <w:tcW w:w="262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5240AE17" w14:textId="77777777" w:rsidR="00445D6D" w:rsidRDefault="00000000">
            <w:pPr>
              <w:spacing w:after="0"/>
            </w:pPr>
            <w:r>
              <w:rPr>
                <w:sz w:val="16"/>
              </w:rPr>
              <w:t>$____________</w:t>
            </w:r>
          </w:p>
        </w:tc>
        <w:tc>
          <w:tcPr>
            <w:tcW w:w="2621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16638B1D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$____________</w:t>
            </w:r>
          </w:p>
        </w:tc>
        <w:tc>
          <w:tcPr>
            <w:tcW w:w="2650" w:type="dxa"/>
            <w:tcMar>
              <w:top w:w="48" w:type="dxa"/>
              <w:left w:w="70" w:type="dxa"/>
              <w:bottom w:w="48" w:type="dxa"/>
              <w:right w:w="70" w:type="dxa"/>
            </w:tcMar>
            <w:vAlign w:val="center"/>
          </w:tcPr>
          <w:p w14:paraId="03DC9A73" w14:textId="77777777" w:rsidR="00445D6D" w:rsidRDefault="00000000">
            <w:pPr>
              <w:spacing w:after="0"/>
              <w:jc w:val="center"/>
            </w:pPr>
            <w:r>
              <w:rPr>
                <w:sz w:val="16"/>
              </w:rPr>
              <w:t>$____________</w:t>
            </w:r>
          </w:p>
        </w:tc>
      </w:tr>
    </w:tbl>
    <w:p w14:paraId="33851EB5" w14:textId="77777777" w:rsidR="00445D6D" w:rsidRDefault="00000000">
      <w:pPr>
        <w:pStyle w:val="Heading1"/>
      </w:pPr>
      <w:r>
        <w:t>Customer acknowledgement</w:t>
      </w:r>
    </w:p>
    <w:p w14:paraId="14F7D46E" w14:textId="77777777" w:rsidR="00445D6D" w:rsidRDefault="00000000">
      <w:pPr>
        <w:spacing w:after="100"/>
      </w:pPr>
      <w:r>
        <w:t>I understand that purchased special-order items are ordered by the full supplier case, case weights may vary, and processing and packaging charges are additional. In-house products require a 20 lb minimum per item or flavour. KM will confirm the estimated price before placing the order.</w:t>
      </w:r>
    </w:p>
    <w:p w14:paraId="029D4F2A" w14:textId="77777777" w:rsidR="00445D6D" w:rsidRDefault="00000000">
      <w:r>
        <w:rPr>
          <w:b/>
          <w:sz w:val="17"/>
        </w:rPr>
        <w:t xml:space="preserve">Customer signature: </w:t>
      </w:r>
      <w:r>
        <w:rPr>
          <w:sz w:val="17"/>
        </w:rPr>
        <w:t>__________________________________    Date: __________________</w:t>
      </w:r>
    </w:p>
    <w:p w14:paraId="67F2B182" w14:textId="77777777" w:rsidR="00445D6D" w:rsidRDefault="00000000">
      <w:r>
        <w:rPr>
          <w:b/>
          <w:sz w:val="17"/>
        </w:rPr>
        <w:t xml:space="preserve">KM staff: </w:t>
      </w:r>
      <w:r>
        <w:rPr>
          <w:sz w:val="17"/>
        </w:rPr>
        <w:t>________________________________________    Quote #: ______________</w:t>
      </w:r>
    </w:p>
    <w:sectPr w:rsidR="00445D6D" w:rsidSect="00034616">
      <w:footerReference w:type="default" r:id="rId8"/>
      <w:pgSz w:w="12240" w:h="15840"/>
      <w:pgMar w:top="691" w:right="792" w:bottom="691" w:left="792" w:header="31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B774" w14:textId="77777777" w:rsidR="00E7184E" w:rsidRDefault="00E7184E">
      <w:pPr>
        <w:spacing w:after="0" w:line="240" w:lineRule="auto"/>
      </w:pPr>
      <w:r>
        <w:separator/>
      </w:r>
    </w:p>
  </w:endnote>
  <w:endnote w:type="continuationSeparator" w:id="0">
    <w:p w14:paraId="79EB6896" w14:textId="77777777" w:rsidR="00E7184E" w:rsidRDefault="00E7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6C730" w14:textId="77777777" w:rsidR="00445D6D" w:rsidRDefault="00000000">
    <w:pPr>
      <w:pStyle w:val="Footer"/>
      <w:jc w:val="center"/>
    </w:pPr>
    <w:r>
      <w:rPr>
        <w:color w:val="5B6573"/>
        <w:sz w:val="14"/>
      </w:rPr>
      <w:t>Killarney Meats — Customer Special-Order Form — Prices subject to confirmation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88783" w14:textId="77777777" w:rsidR="00E7184E" w:rsidRDefault="00E7184E">
      <w:pPr>
        <w:spacing w:after="0" w:line="240" w:lineRule="auto"/>
      </w:pPr>
      <w:r>
        <w:separator/>
      </w:r>
    </w:p>
  </w:footnote>
  <w:footnote w:type="continuationSeparator" w:id="0">
    <w:p w14:paraId="449672C8" w14:textId="77777777" w:rsidR="00E7184E" w:rsidRDefault="00E71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6582063">
    <w:abstractNumId w:val="8"/>
  </w:num>
  <w:num w:numId="2" w16cid:durableId="1918401828">
    <w:abstractNumId w:val="6"/>
  </w:num>
  <w:num w:numId="3" w16cid:durableId="1120491567">
    <w:abstractNumId w:val="5"/>
  </w:num>
  <w:num w:numId="4" w16cid:durableId="976227399">
    <w:abstractNumId w:val="4"/>
  </w:num>
  <w:num w:numId="5" w16cid:durableId="370082396">
    <w:abstractNumId w:val="7"/>
  </w:num>
  <w:num w:numId="6" w16cid:durableId="536621012">
    <w:abstractNumId w:val="3"/>
  </w:num>
  <w:num w:numId="7" w16cid:durableId="1223104581">
    <w:abstractNumId w:val="2"/>
  </w:num>
  <w:num w:numId="8" w16cid:durableId="767819925">
    <w:abstractNumId w:val="1"/>
  </w:num>
  <w:num w:numId="9" w16cid:durableId="200311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974"/>
    <w:rsid w:val="0029639D"/>
    <w:rsid w:val="00326F90"/>
    <w:rsid w:val="00445D6D"/>
    <w:rsid w:val="00771C94"/>
    <w:rsid w:val="00AA1D8D"/>
    <w:rsid w:val="00B47730"/>
    <w:rsid w:val="00CB0664"/>
    <w:rsid w:val="00E7184E"/>
    <w:rsid w:val="00EE3F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49CA842-D2F4-46E2-B0C8-51F727D8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202B3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 Jensen</cp:lastModifiedBy>
  <cp:revision>3</cp:revision>
  <dcterms:created xsi:type="dcterms:W3CDTF">2013-12-23T23:15:00Z</dcterms:created>
  <dcterms:modified xsi:type="dcterms:W3CDTF">2026-08-11T15:13:00Z</dcterms:modified>
  <cp:category/>
</cp:coreProperties>
</file>